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Tense: Rules, Formation &amp; Examples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Tense &amp; Type</w:t>
            </w:r>
          </w:p>
        </w:tc>
        <w:tc>
          <w:tcPr>
            <w:tcW w:type="dxa" w:w="2880"/>
          </w:tcPr>
          <w:p>
            <w:r>
              <w:t>Structure/Formation</w:t>
            </w:r>
          </w:p>
        </w:tc>
        <w:tc>
          <w:tcPr>
            <w:tcW w:type="dxa" w:w="2880"/>
          </w:tcPr>
          <w:p>
            <w:r>
              <w:t>Example</w:t>
            </w:r>
          </w:p>
        </w:tc>
      </w:tr>
      <w:tr>
        <w:tc>
          <w:tcPr>
            <w:tcW w:type="dxa" w:w="2880"/>
          </w:tcPr>
          <w:p>
            <w:r>
              <w:t>Present Indefinite (Simple Present)</w:t>
            </w:r>
          </w:p>
        </w:tc>
        <w:tc>
          <w:tcPr>
            <w:tcW w:type="dxa" w:w="2880"/>
          </w:tcPr>
          <w:p>
            <w:r>
              <w:t>S + V1 / V1+s/es + O</w:t>
            </w:r>
          </w:p>
        </w:tc>
        <w:tc>
          <w:tcPr>
            <w:tcW w:type="dxa" w:w="2880"/>
          </w:tcPr>
          <w:p>
            <w:r>
              <w:t>She plays tennis every day.</w:t>
            </w:r>
          </w:p>
        </w:tc>
      </w:tr>
      <w:tr>
        <w:tc>
          <w:tcPr>
            <w:tcW w:type="dxa" w:w="2880"/>
          </w:tcPr>
          <w:p>
            <w:r>
              <w:t>Present Continuous</w:t>
            </w:r>
          </w:p>
        </w:tc>
        <w:tc>
          <w:tcPr>
            <w:tcW w:type="dxa" w:w="2880"/>
          </w:tcPr>
          <w:p>
            <w:r>
              <w:t>S + is/am/are + V1+ing + O</w:t>
            </w:r>
          </w:p>
        </w:tc>
        <w:tc>
          <w:tcPr>
            <w:tcW w:type="dxa" w:w="2880"/>
          </w:tcPr>
          <w:p>
            <w:r>
              <w:t>They are studying for the exam.</w:t>
            </w:r>
          </w:p>
        </w:tc>
      </w:tr>
      <w:tr>
        <w:tc>
          <w:tcPr>
            <w:tcW w:type="dxa" w:w="2880"/>
          </w:tcPr>
          <w:p>
            <w:r>
              <w:t>Present Perfect</w:t>
            </w:r>
          </w:p>
        </w:tc>
        <w:tc>
          <w:tcPr>
            <w:tcW w:type="dxa" w:w="2880"/>
          </w:tcPr>
          <w:p>
            <w:r>
              <w:t>S + has/have + V3 + O</w:t>
            </w:r>
          </w:p>
        </w:tc>
        <w:tc>
          <w:tcPr>
            <w:tcW w:type="dxa" w:w="2880"/>
          </w:tcPr>
          <w:p>
            <w:r>
              <w:t>He has finished his homework.</w:t>
            </w:r>
          </w:p>
        </w:tc>
      </w:tr>
      <w:tr>
        <w:tc>
          <w:tcPr>
            <w:tcW w:type="dxa" w:w="2880"/>
          </w:tcPr>
          <w:p>
            <w:r>
              <w:t>Present Perfect Continuous</w:t>
            </w:r>
          </w:p>
        </w:tc>
        <w:tc>
          <w:tcPr>
            <w:tcW w:type="dxa" w:w="2880"/>
          </w:tcPr>
          <w:p>
            <w:r>
              <w:t>S + has/have been + V1+ing + O + since/for + time</w:t>
            </w:r>
          </w:p>
        </w:tc>
        <w:tc>
          <w:tcPr>
            <w:tcW w:type="dxa" w:w="2880"/>
          </w:tcPr>
          <w:p>
            <w:r>
              <w:t>I have been reading since morning.</w:t>
            </w:r>
          </w:p>
        </w:tc>
      </w:tr>
      <w:tr>
        <w:tc>
          <w:tcPr>
            <w:tcW w:type="dxa" w:w="2880"/>
          </w:tcPr>
          <w:p>
            <w:r>
              <w:t>Past Indefinite (Simple Past)</w:t>
            </w:r>
          </w:p>
        </w:tc>
        <w:tc>
          <w:tcPr>
            <w:tcW w:type="dxa" w:w="2880"/>
          </w:tcPr>
          <w:p>
            <w:r>
              <w:t>S + V2 + O</w:t>
            </w:r>
          </w:p>
        </w:tc>
        <w:tc>
          <w:tcPr>
            <w:tcW w:type="dxa" w:w="2880"/>
          </w:tcPr>
          <w:p>
            <w:r>
              <w:t>She visited the museum yesterday.</w:t>
            </w:r>
          </w:p>
        </w:tc>
      </w:tr>
      <w:tr>
        <w:tc>
          <w:tcPr>
            <w:tcW w:type="dxa" w:w="2880"/>
          </w:tcPr>
          <w:p>
            <w:r>
              <w:t>Past Continuous</w:t>
            </w:r>
          </w:p>
        </w:tc>
        <w:tc>
          <w:tcPr>
            <w:tcW w:type="dxa" w:w="2880"/>
          </w:tcPr>
          <w:p>
            <w:r>
              <w:t>S + was/were + V1+ing + O</w:t>
            </w:r>
          </w:p>
        </w:tc>
        <w:tc>
          <w:tcPr>
            <w:tcW w:type="dxa" w:w="2880"/>
          </w:tcPr>
          <w:p>
            <w:r>
              <w:t>They were watching a movie.</w:t>
            </w:r>
          </w:p>
        </w:tc>
      </w:tr>
      <w:tr>
        <w:tc>
          <w:tcPr>
            <w:tcW w:type="dxa" w:w="2880"/>
          </w:tcPr>
          <w:p>
            <w:r>
              <w:t>Past Perfect</w:t>
            </w:r>
          </w:p>
        </w:tc>
        <w:tc>
          <w:tcPr>
            <w:tcW w:type="dxa" w:w="2880"/>
          </w:tcPr>
          <w:p>
            <w:r>
              <w:t>S + had + V3 + O</w:t>
            </w:r>
          </w:p>
        </w:tc>
        <w:tc>
          <w:tcPr>
            <w:tcW w:type="dxa" w:w="2880"/>
          </w:tcPr>
          <w:p>
            <w:r>
              <w:t>He had left before I arrived.</w:t>
            </w:r>
          </w:p>
        </w:tc>
      </w:tr>
      <w:tr>
        <w:tc>
          <w:tcPr>
            <w:tcW w:type="dxa" w:w="2880"/>
          </w:tcPr>
          <w:p>
            <w:r>
              <w:t>Past Perfect Continuous</w:t>
            </w:r>
          </w:p>
        </w:tc>
        <w:tc>
          <w:tcPr>
            <w:tcW w:type="dxa" w:w="2880"/>
          </w:tcPr>
          <w:p>
            <w:r>
              <w:t>S + had been + V1+ing + O + since/for + time</w:t>
            </w:r>
          </w:p>
        </w:tc>
        <w:tc>
          <w:tcPr>
            <w:tcW w:type="dxa" w:w="2880"/>
          </w:tcPr>
          <w:p>
            <w:r>
              <w:t>We had been waiting for two hours.</w:t>
            </w:r>
          </w:p>
        </w:tc>
      </w:tr>
      <w:tr>
        <w:tc>
          <w:tcPr>
            <w:tcW w:type="dxa" w:w="2880"/>
          </w:tcPr>
          <w:p>
            <w:r>
              <w:t>Future Indefinite (Simple Future)</w:t>
            </w:r>
          </w:p>
        </w:tc>
        <w:tc>
          <w:tcPr>
            <w:tcW w:type="dxa" w:w="2880"/>
          </w:tcPr>
          <w:p>
            <w:r>
              <w:t>S + shall/will + V1 + O</w:t>
            </w:r>
          </w:p>
        </w:tc>
        <w:tc>
          <w:tcPr>
            <w:tcW w:type="dxa" w:w="2880"/>
          </w:tcPr>
          <w:p>
            <w:r>
              <w:t>She will go to school tomorrow.</w:t>
            </w:r>
          </w:p>
        </w:tc>
      </w:tr>
      <w:tr>
        <w:tc>
          <w:tcPr>
            <w:tcW w:type="dxa" w:w="2880"/>
          </w:tcPr>
          <w:p>
            <w:r>
              <w:t>Future Continuous</w:t>
            </w:r>
          </w:p>
        </w:tc>
        <w:tc>
          <w:tcPr>
            <w:tcW w:type="dxa" w:w="2880"/>
          </w:tcPr>
          <w:p>
            <w:r>
              <w:t>S + shall be/will be + V1+ing + O</w:t>
            </w:r>
          </w:p>
        </w:tc>
        <w:tc>
          <w:tcPr>
            <w:tcW w:type="dxa" w:w="2880"/>
          </w:tcPr>
          <w:p>
            <w:r>
              <w:t>He will be playing cricket at 5 PM.</w:t>
            </w:r>
          </w:p>
        </w:tc>
      </w:tr>
      <w:tr>
        <w:tc>
          <w:tcPr>
            <w:tcW w:type="dxa" w:w="2880"/>
          </w:tcPr>
          <w:p>
            <w:r>
              <w:t>Future Perfect</w:t>
            </w:r>
          </w:p>
        </w:tc>
        <w:tc>
          <w:tcPr>
            <w:tcW w:type="dxa" w:w="2880"/>
          </w:tcPr>
          <w:p>
            <w:r>
              <w:t>S + shall have/will have + V3 + O</w:t>
            </w:r>
          </w:p>
        </w:tc>
        <w:tc>
          <w:tcPr>
            <w:tcW w:type="dxa" w:w="2880"/>
          </w:tcPr>
          <w:p>
            <w:r>
              <w:t>They will have completed the project.</w:t>
            </w:r>
          </w:p>
        </w:tc>
      </w:tr>
      <w:tr>
        <w:tc>
          <w:tcPr>
            <w:tcW w:type="dxa" w:w="2880"/>
          </w:tcPr>
          <w:p>
            <w:r>
              <w:t>Future Perfect Continuous</w:t>
            </w:r>
          </w:p>
        </w:tc>
        <w:tc>
          <w:tcPr>
            <w:tcW w:type="dxa" w:w="2880"/>
          </w:tcPr>
          <w:p>
            <w:r>
              <w:t>S + shall have been/will have been + V1+ing + O + since/for + time</w:t>
            </w:r>
          </w:p>
        </w:tc>
        <w:tc>
          <w:tcPr>
            <w:tcW w:type="dxa" w:w="2880"/>
          </w:tcPr>
          <w:p>
            <w:r>
              <w:t>She will have been teaching for ten years.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