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741A" w14:textId="33E80B84" w:rsidR="00AB47CF" w:rsidRDefault="00717352">
      <w:pPr>
        <w:pStyle w:val="Heading1"/>
      </w:pPr>
      <w:r w:rsidRPr="00AD13B4">
        <w:t>Linear</w:t>
      </w:r>
      <w:r>
        <w:t xml:space="preserve"> Equations in One Variable - Word Problems</w:t>
      </w:r>
      <w:r w:rsidR="00840B7E">
        <w:t>( Frame the linear equation only)</w:t>
      </w:r>
    </w:p>
    <w:p w14:paraId="0A02FC9D" w14:textId="4CEF443F" w:rsidR="00AB47CF" w:rsidRDefault="00717352">
      <w:pPr>
        <w:pStyle w:val="ListNumber"/>
      </w:pPr>
      <w:r>
        <w:t xml:space="preserve"> A number is increased by 7 and the result is 23.</w:t>
      </w:r>
    </w:p>
    <w:p w14:paraId="2FA1CD7B" w14:textId="77777777" w:rsidR="00AB47CF" w:rsidRDefault="00AB47CF"/>
    <w:p w14:paraId="6D54B53B" w14:textId="105C6218" w:rsidR="00AB47CF" w:rsidRDefault="00717352">
      <w:pPr>
        <w:pStyle w:val="ListNumber"/>
      </w:pPr>
      <w:r>
        <w:t>The age of a father is 4 times the age of his son. If the father’s age is 36 years more than his son's age, find the son's age.</w:t>
      </w:r>
    </w:p>
    <w:p w14:paraId="65B9988F" w14:textId="77777777" w:rsidR="00AB47CF" w:rsidRDefault="00AB47CF"/>
    <w:p w14:paraId="1C1E9705" w14:textId="09A8D59F" w:rsidR="00AB47CF" w:rsidRDefault="00717352">
      <w:pPr>
        <w:pStyle w:val="ListNumber"/>
      </w:pPr>
      <w:r>
        <w:t xml:space="preserve"> The perimeter of a rectangle is 50 cm. If the length is 3 cm more than twice the breadth, find the dimensions.</w:t>
      </w:r>
    </w:p>
    <w:p w14:paraId="5C9451F6" w14:textId="77777777" w:rsidR="00AB47CF" w:rsidRDefault="00AB47CF"/>
    <w:p w14:paraId="41193E95" w14:textId="3D6EFF47" w:rsidR="00AB47CF" w:rsidRDefault="00717352">
      <w:pPr>
        <w:pStyle w:val="ListNumber"/>
      </w:pPr>
      <w:r>
        <w:t>Three consecutive integers add up to 72. Find the integers.</w:t>
      </w:r>
    </w:p>
    <w:p w14:paraId="0082A968" w14:textId="77777777" w:rsidR="00AB47CF" w:rsidRDefault="00AB47CF"/>
    <w:p w14:paraId="2FA9B500" w14:textId="339E9098" w:rsidR="00AB47CF" w:rsidRDefault="00717352">
      <w:pPr>
        <w:pStyle w:val="ListNumber"/>
      </w:pPr>
      <w:r>
        <w:t>A train travels 150 km at a uniform speed. If the speed had been 10 km/h more, it would have taken 1 hour less. Find the speed.</w:t>
      </w:r>
    </w:p>
    <w:p w14:paraId="1C91A003" w14:textId="77777777" w:rsidR="00AB47CF" w:rsidRDefault="00AB47CF"/>
    <w:p w14:paraId="19B45E5C" w14:textId="20374C42" w:rsidR="00AB47CF" w:rsidRDefault="00717352">
      <w:pPr>
        <w:pStyle w:val="ListNumber"/>
      </w:pPr>
      <w:r>
        <w:t>A number is 5 less than twice another number. If the numbers add up to 31, find the numbers.</w:t>
      </w:r>
    </w:p>
    <w:p w14:paraId="3794A14A" w14:textId="77777777" w:rsidR="00AB47CF" w:rsidRDefault="00AB47CF"/>
    <w:p w14:paraId="5BFC5601" w14:textId="15FD0FF5" w:rsidR="00AB47CF" w:rsidRDefault="00717352">
      <w:pPr>
        <w:pStyle w:val="ListNumber"/>
      </w:pPr>
      <w:r>
        <w:t>7 subtracted from 3 times a number gives 20. Find the number.</w:t>
      </w:r>
    </w:p>
    <w:p w14:paraId="7A7C5CD8" w14:textId="77777777" w:rsidR="00AB47CF" w:rsidRDefault="00AB47CF"/>
    <w:p w14:paraId="1002CDAC" w14:textId="1C6CD405" w:rsidR="00AB47CF" w:rsidRDefault="00717352">
      <w:pPr>
        <w:pStyle w:val="ListNumber"/>
      </w:pPr>
      <w:r>
        <w:t xml:space="preserve"> Sum of two consecutive odd numbers is 56. Find the numbers.</w:t>
      </w:r>
    </w:p>
    <w:p w14:paraId="5698F50F" w14:textId="77777777" w:rsidR="00AB47CF" w:rsidRDefault="00AB47CF"/>
    <w:p w14:paraId="44FE156B" w14:textId="1B13D180" w:rsidR="00AB47CF" w:rsidRDefault="00717352">
      <w:pPr>
        <w:pStyle w:val="ListNumber"/>
      </w:pPr>
      <w:r>
        <w:t>One-third of a number plus 5 equals 20. Find the number.</w:t>
      </w:r>
    </w:p>
    <w:p w14:paraId="628882F6" w14:textId="77777777" w:rsidR="00AB47CF" w:rsidRDefault="00AB47CF"/>
    <w:p w14:paraId="2A14F015" w14:textId="628CCD8F" w:rsidR="00AB47CF" w:rsidRDefault="00717352">
      <w:pPr>
        <w:pStyle w:val="ListNumber"/>
      </w:pPr>
      <w:r>
        <w:t>A man’s present age is three times his son’s present age. After 10 years, he will be twice as old as his son.</w:t>
      </w:r>
    </w:p>
    <w:p w14:paraId="004B31DF" w14:textId="77777777" w:rsidR="00AB47CF" w:rsidRDefault="00AB47CF"/>
    <w:p w14:paraId="5FC4DC20" w14:textId="7366954B" w:rsidR="00AB47CF" w:rsidRDefault="00717352">
      <w:pPr>
        <w:pStyle w:val="ListNumber"/>
      </w:pPr>
      <w:r>
        <w:lastRenderedPageBreak/>
        <w:t>Sum of two numbers is 90. One number is 10 more than twice the other. Find the numbers.</w:t>
      </w:r>
    </w:p>
    <w:p w14:paraId="1E3DA699" w14:textId="77777777" w:rsidR="00AB47CF" w:rsidRDefault="00AB47CF"/>
    <w:p w14:paraId="3E2CFDD2" w14:textId="3EC31B6A" w:rsidR="00AB47CF" w:rsidRDefault="00717352">
      <w:pPr>
        <w:pStyle w:val="ListNumber"/>
      </w:pPr>
      <w:r>
        <w:t>A shopkeeper sells a shirt at a profit of ₹50. If the selling price is ₹450, find the cost price.</w:t>
      </w:r>
    </w:p>
    <w:p w14:paraId="5F122AA4" w14:textId="77777777" w:rsidR="00AB47CF" w:rsidRDefault="00AB47CF"/>
    <w:p w14:paraId="56FACF1C" w14:textId="71EDF8B4" w:rsidR="00AB47CF" w:rsidRDefault="00717352">
      <w:pPr>
        <w:pStyle w:val="ListNumber"/>
      </w:pPr>
      <w:r>
        <w:t xml:space="preserve"> Twice a number decreased by 8 is equal to 12. Find the number.</w:t>
      </w:r>
    </w:p>
    <w:p w14:paraId="6EE856D6" w14:textId="77777777" w:rsidR="00AB47CF" w:rsidRDefault="00AB47CF"/>
    <w:p w14:paraId="62583EA2" w14:textId="79587878" w:rsidR="00AB47CF" w:rsidRDefault="00717352">
      <w:pPr>
        <w:pStyle w:val="ListNumber"/>
      </w:pPr>
      <w:r>
        <w:t>Five times a number is 3 more than 2 times the number. Find the number.</w:t>
      </w:r>
    </w:p>
    <w:p w14:paraId="6E67C675" w14:textId="77777777" w:rsidR="00AB47CF" w:rsidRDefault="00AB47CF"/>
    <w:p w14:paraId="1E356F24" w14:textId="2B59F416" w:rsidR="00AB47CF" w:rsidRDefault="00717352">
      <w:pPr>
        <w:pStyle w:val="ListNumber"/>
      </w:pPr>
      <w:r>
        <w:t xml:space="preserve"> The sum of the ages of a father and son is 60 years. After 5 years, father’s age will be 4 times the son's age.</w:t>
      </w:r>
    </w:p>
    <w:p w14:paraId="02F57C7E" w14:textId="77777777" w:rsidR="00AB47CF" w:rsidRDefault="00AB47CF"/>
    <w:sectPr w:rsidR="00AB47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6456958">
    <w:abstractNumId w:val="8"/>
  </w:num>
  <w:num w:numId="2" w16cid:durableId="2123449824">
    <w:abstractNumId w:val="6"/>
  </w:num>
  <w:num w:numId="3" w16cid:durableId="725299813">
    <w:abstractNumId w:val="5"/>
  </w:num>
  <w:num w:numId="4" w16cid:durableId="784007684">
    <w:abstractNumId w:val="4"/>
  </w:num>
  <w:num w:numId="5" w16cid:durableId="2048024850">
    <w:abstractNumId w:val="7"/>
  </w:num>
  <w:num w:numId="6" w16cid:durableId="821166192">
    <w:abstractNumId w:val="3"/>
  </w:num>
  <w:num w:numId="7" w16cid:durableId="1055161562">
    <w:abstractNumId w:val="2"/>
  </w:num>
  <w:num w:numId="8" w16cid:durableId="1063482355">
    <w:abstractNumId w:val="1"/>
  </w:num>
  <w:num w:numId="9" w16cid:durableId="123666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50F1"/>
    <w:rsid w:val="0029639D"/>
    <w:rsid w:val="00326F90"/>
    <w:rsid w:val="00517534"/>
    <w:rsid w:val="00717352"/>
    <w:rsid w:val="00840B7E"/>
    <w:rsid w:val="00AA1D8D"/>
    <w:rsid w:val="00AB47CF"/>
    <w:rsid w:val="00AD13B4"/>
    <w:rsid w:val="00B42D3F"/>
    <w:rsid w:val="00B47730"/>
    <w:rsid w:val="00C6522E"/>
    <w:rsid w:val="00CB0664"/>
    <w:rsid w:val="00D45A1F"/>
    <w:rsid w:val="00DC0117"/>
    <w:rsid w:val="00F16D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682A33"/>
  <w14:defaultImageDpi w14:val="300"/>
  <w15:docId w15:val="{490B437F-A305-914C-BF8F-457BBA03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Koushik Mondal</cp:lastModifiedBy>
  <cp:revision>8</cp:revision>
  <dcterms:created xsi:type="dcterms:W3CDTF">2025-04-29T01:26:00Z</dcterms:created>
  <dcterms:modified xsi:type="dcterms:W3CDTF">2025-04-29T02:24:00Z</dcterms:modified>
  <cp:category/>
</cp:coreProperties>
</file>