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E614" w14:textId="6BA70F90" w:rsidR="00687238" w:rsidRPr="008A23D5" w:rsidRDefault="00E450ED" w:rsidP="00E450ED">
      <w:pPr>
        <w:pStyle w:val="Title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REASONING QUESTIONS </w:t>
      </w:r>
    </w:p>
    <w:p w14:paraId="7D075AF6" w14:textId="77777777" w:rsidR="00687238" w:rsidRDefault="008443F3">
      <w:r>
        <w:t>1</w:t>
      </w:r>
      <w:r>
        <w:t>. Pen : Write :: Knife : ?</w:t>
      </w:r>
      <w:r>
        <w:br/>
        <w:t>A. Eat</w:t>
      </w:r>
      <w:r>
        <w:br/>
        <w:t>B. Peel</w:t>
      </w:r>
      <w:r>
        <w:br/>
        <w:t>C. Cut</w:t>
      </w:r>
      <w:r>
        <w:br/>
        <w:t>D. Chop</w:t>
      </w:r>
    </w:p>
    <w:p w14:paraId="1E399D6F" w14:textId="77777777" w:rsidR="00687238" w:rsidRDefault="008443F3">
      <w:r>
        <w:t>2. Water : Thirst :: Food : ?</w:t>
      </w:r>
      <w:r>
        <w:br/>
        <w:t>A. Hunger</w:t>
      </w:r>
      <w:r>
        <w:br/>
        <w:t>B. Tiredness</w:t>
      </w:r>
      <w:r>
        <w:br/>
        <w:t>C. Energy</w:t>
      </w:r>
      <w:r>
        <w:br/>
        <w:t>D. Sleep</w:t>
      </w:r>
    </w:p>
    <w:p w14:paraId="23596DCA" w14:textId="77777777" w:rsidR="00687238" w:rsidRDefault="008443F3">
      <w:r>
        <w:t>3. Clock : Time :: Thermometer : ?</w:t>
      </w:r>
      <w:r>
        <w:br/>
        <w:t>A. Length</w:t>
      </w:r>
      <w:r>
        <w:br/>
        <w:t>B. Heat</w:t>
      </w:r>
      <w:r>
        <w:br/>
        <w:t xml:space="preserve">C. </w:t>
      </w:r>
      <w:r>
        <w:t>Temperature</w:t>
      </w:r>
      <w:r>
        <w:br/>
        <w:t>D. Pressure</w:t>
      </w:r>
    </w:p>
    <w:p w14:paraId="38D59648" w14:textId="77777777" w:rsidR="00687238" w:rsidRDefault="008443F3">
      <w:r>
        <w:t>4. Feather : Bird :: Wool : ?</w:t>
      </w:r>
      <w:r>
        <w:br/>
        <w:t>A. Dog</w:t>
      </w:r>
      <w:r>
        <w:br/>
        <w:t>B. Tiger</w:t>
      </w:r>
      <w:r>
        <w:br/>
        <w:t>C. Sheep</w:t>
      </w:r>
      <w:r>
        <w:br/>
        <w:t>D. Cow</w:t>
      </w:r>
    </w:p>
    <w:p w14:paraId="74F30EF6" w14:textId="77777777" w:rsidR="00687238" w:rsidRDefault="008443F3">
      <w:r>
        <w:t>5. Doctor : Hospital :: Teacher : ?</w:t>
      </w:r>
      <w:r>
        <w:br/>
        <w:t>A. Office</w:t>
      </w:r>
      <w:r>
        <w:br/>
        <w:t>B. School</w:t>
      </w:r>
      <w:r>
        <w:br/>
        <w:t>C. Station</w:t>
      </w:r>
      <w:r>
        <w:br/>
        <w:t>D. Court</w:t>
      </w:r>
    </w:p>
    <w:p w14:paraId="2B91E629" w14:textId="77777777" w:rsidR="00687238" w:rsidRDefault="008443F3">
      <w:r>
        <w:t>6. A is the sister of B. B is the father of C. How is A related to C?</w:t>
      </w:r>
      <w:r>
        <w:br/>
        <w:t>A. Sister</w:t>
      </w:r>
      <w:r>
        <w:br/>
        <w:t>B. Aunt</w:t>
      </w:r>
      <w:r>
        <w:br/>
        <w:t>C. Mother</w:t>
      </w:r>
      <w:r>
        <w:br/>
        <w:t>D. Cousin</w:t>
      </w:r>
    </w:p>
    <w:p w14:paraId="173770DD" w14:textId="77777777" w:rsidR="00687238" w:rsidRDefault="008443F3">
      <w:r>
        <w:t>7. If P is the father of Q and Q is the mother of R, then P is ___ of R.</w:t>
      </w:r>
      <w:r>
        <w:br/>
        <w:t>A. Uncle</w:t>
      </w:r>
      <w:r>
        <w:br/>
        <w:t>B. Father</w:t>
      </w:r>
      <w:r>
        <w:br/>
        <w:t>C. Grandfather</w:t>
      </w:r>
      <w:r>
        <w:br/>
        <w:t>D. Brother</w:t>
      </w:r>
    </w:p>
    <w:p w14:paraId="44F18A14" w14:textId="77777777" w:rsidR="00687238" w:rsidRDefault="008443F3">
      <w:r>
        <w:t>8. X is Y’s brother. Y is Z’s sister. What is the relation between X and Z?</w:t>
      </w:r>
      <w:r>
        <w:br/>
        <w:t>A. Brother</w:t>
      </w:r>
      <w:r>
        <w:br/>
        <w:t>B. Cousin</w:t>
      </w:r>
      <w:r>
        <w:br/>
        <w:t>C. Can’t say</w:t>
      </w:r>
      <w:r>
        <w:br/>
        <w:t>D. Nephew</w:t>
      </w:r>
    </w:p>
    <w:p w14:paraId="014AF929" w14:textId="77777777" w:rsidR="00687238" w:rsidRDefault="008443F3">
      <w:r>
        <w:t>9. A is B’s mother. B is the father of C. How is A related to C?</w:t>
      </w:r>
      <w:r>
        <w:br/>
        <w:t>A. Aunt</w:t>
      </w:r>
      <w:r>
        <w:br/>
        <w:t>B. Sister</w:t>
      </w:r>
      <w:r>
        <w:br/>
        <w:t>C. Grandmother</w:t>
      </w:r>
      <w:r>
        <w:br/>
        <w:t>D. Mother</w:t>
      </w:r>
    </w:p>
    <w:p w14:paraId="34454FD8" w14:textId="77777777" w:rsidR="00687238" w:rsidRDefault="008443F3">
      <w:r>
        <w:t>10. T’s father has one daughter and one son. If T is the son, who is the daughter?</w:t>
      </w:r>
      <w:r>
        <w:br/>
        <w:t>A. Mother</w:t>
      </w:r>
      <w:r>
        <w:br/>
        <w:t>B. T’s sister</w:t>
      </w:r>
      <w:r>
        <w:br/>
        <w:t>C. Cousin</w:t>
      </w:r>
      <w:r>
        <w:br/>
        <w:t>D. Aunt</w:t>
      </w:r>
    </w:p>
    <w:p w14:paraId="6214E2EA" w14:textId="77777777" w:rsidR="00687238" w:rsidRDefault="008443F3">
      <w:r>
        <w:t>11. Which word comes first in the dictionary?</w:t>
      </w:r>
      <w:r>
        <w:br/>
        <w:t>Star, Start, Stack, Stare</w:t>
      </w:r>
      <w:r>
        <w:br/>
        <w:t>A. Stack</w:t>
      </w:r>
      <w:r>
        <w:br/>
        <w:t>B. Stare</w:t>
      </w:r>
      <w:r>
        <w:br/>
        <w:t>C. Star</w:t>
      </w:r>
      <w:r>
        <w:br/>
        <w:t>D. Start</w:t>
      </w:r>
    </w:p>
    <w:p w14:paraId="5652215B" w14:textId="77777777" w:rsidR="00687238" w:rsidRDefault="008443F3">
      <w:r>
        <w:t>12. Which will be third if arranged in dictionary order?</w:t>
      </w:r>
      <w:r>
        <w:br/>
        <w:t>1. Elephant  2. Eagle  3. Engine  4. Energy</w:t>
      </w:r>
      <w:r>
        <w:br/>
        <w:t>A. 1</w:t>
      </w:r>
      <w:r>
        <w:br/>
        <w:t>B. 2</w:t>
      </w:r>
      <w:r>
        <w:br/>
        <w:t>C. 3</w:t>
      </w:r>
      <w:r>
        <w:br/>
        <w:t>D. 4</w:t>
      </w:r>
    </w:p>
    <w:p w14:paraId="27D68956" w14:textId="77777777" w:rsidR="00687238" w:rsidRDefault="008443F3">
      <w:r>
        <w:t>13. Arrange the following in dictionary order: Tiger, Tidy, Tip, Time</w:t>
      </w:r>
      <w:r>
        <w:br/>
        <w:t>Which comes last?</w:t>
      </w:r>
      <w:r>
        <w:br/>
        <w:t>A. Tiger</w:t>
      </w:r>
      <w:r>
        <w:br/>
        <w:t>B. Tidy</w:t>
      </w:r>
      <w:r>
        <w:br/>
        <w:t>C. Time</w:t>
      </w:r>
      <w:r>
        <w:br/>
        <w:t>D. Tip</w:t>
      </w:r>
    </w:p>
    <w:p w14:paraId="6C5F6395" w14:textId="77777777" w:rsidR="00687238" w:rsidRDefault="008443F3">
      <w:r>
        <w:t>14. Which word comes between Plane and Plant in a dictionary?</w:t>
      </w:r>
      <w:r>
        <w:br/>
        <w:t>A. Plan</w:t>
      </w:r>
      <w:r>
        <w:br/>
        <w:t>B. Plank</w:t>
      </w:r>
      <w:r>
        <w:br/>
        <w:t>C. Plat</w:t>
      </w:r>
      <w:r>
        <w:br/>
        <w:t>D. Planet</w:t>
      </w:r>
    </w:p>
    <w:p w14:paraId="227C45F0" w14:textId="77777777" w:rsidR="00687238" w:rsidRDefault="008443F3">
      <w:r>
        <w:t>15. Choose the correct dictionary order:</w:t>
      </w:r>
      <w:r>
        <w:br/>
        <w:t>1. Ant  2. Apple  3. Axe  4. Aeroplane</w:t>
      </w:r>
      <w:r>
        <w:br/>
        <w:t>A. 4, 1, 2, 3</w:t>
      </w:r>
      <w:r>
        <w:br/>
        <w:t>B. 1, 4, 2, 3</w:t>
      </w:r>
      <w:r>
        <w:br/>
        <w:t>C. 4, 1, 3, 2</w:t>
      </w:r>
      <w:r>
        <w:br/>
        <w:t>D. 1, 2, 4, 3</w:t>
      </w:r>
    </w:p>
    <w:p w14:paraId="1493D6F1" w14:textId="77777777" w:rsidR="00687238" w:rsidRDefault="008443F3">
      <w:r>
        <w:t>16. If CAT = DBU, then DOG = ?</w:t>
      </w:r>
      <w:r>
        <w:br/>
        <w:t>A. EPH</w:t>
      </w:r>
      <w:r>
        <w:br/>
        <w:t>B. EOF</w:t>
      </w:r>
      <w:r>
        <w:br/>
        <w:t>C. ENH</w:t>
      </w:r>
      <w:r>
        <w:br/>
        <w:t>D. EPG</w:t>
      </w:r>
    </w:p>
    <w:p w14:paraId="06A98B5C" w14:textId="77777777" w:rsidR="00687238" w:rsidRDefault="008443F3">
      <w:r>
        <w:t>17. In a code, BALL is written as CBMM. How is HILL written?</w:t>
      </w:r>
      <w:r>
        <w:br/>
        <w:t>A. IJMM</w:t>
      </w:r>
      <w:r>
        <w:br/>
        <w:t>B. IGMM</w:t>
      </w:r>
      <w:r>
        <w:br/>
        <w:t>C. IIMM</w:t>
      </w:r>
      <w:r>
        <w:br/>
        <w:t>D. GILL</w:t>
      </w:r>
    </w:p>
    <w:p w14:paraId="3153F78E" w14:textId="77777777" w:rsidR="00687238" w:rsidRDefault="008443F3">
      <w:r>
        <w:t>18. If in a code, APPLE is written as BQRMF, then ORANGE is?</w:t>
      </w:r>
      <w:r>
        <w:br/>
        <w:t>A. PSBOHF</w:t>
      </w:r>
      <w:r>
        <w:br/>
        <w:t>B. PSBOGF</w:t>
      </w:r>
      <w:r>
        <w:br/>
        <w:t>C. PQBOGF</w:t>
      </w:r>
      <w:r>
        <w:br/>
        <w:t>D. PSBNGE</w:t>
      </w:r>
    </w:p>
    <w:p w14:paraId="7D4CBFB9" w14:textId="77777777" w:rsidR="00687238" w:rsidRDefault="008443F3">
      <w:r>
        <w:t>19. If BAT = 23, DOG = 26, then CAT = ?</w:t>
      </w:r>
      <w:r>
        <w:br/>
        <w:t>A. 24</w:t>
      </w:r>
      <w:r>
        <w:br/>
        <w:t>B. 25</w:t>
      </w:r>
      <w:r>
        <w:br/>
        <w:t>C. 27</w:t>
      </w:r>
      <w:r>
        <w:br/>
        <w:t>D. 26</w:t>
      </w:r>
    </w:p>
    <w:p w14:paraId="046424CE" w14:textId="77777777" w:rsidR="00687238" w:rsidRDefault="008443F3">
      <w:r>
        <w:t>20. In a certain code, RAJU = SBKV, then what is SONU?</w:t>
      </w:r>
      <w:r>
        <w:br/>
        <w:t>A. TPOV</w:t>
      </w:r>
      <w:r>
        <w:br/>
        <w:t>B. TPQV</w:t>
      </w:r>
      <w:r>
        <w:br/>
        <w:t>C. TPPV</w:t>
      </w:r>
      <w:r>
        <w:br/>
        <w:t>D. TPRV</w:t>
      </w:r>
    </w:p>
    <w:p w14:paraId="10E4AB69" w14:textId="77777777" w:rsidR="00687238" w:rsidRDefault="008443F3">
      <w:r>
        <w:br w:type="page"/>
      </w:r>
    </w:p>
    <w:p w14:paraId="2F9093F1" w14:textId="77777777" w:rsidR="00687238" w:rsidRDefault="008443F3">
      <w:pPr>
        <w:pStyle w:val="Heading1"/>
      </w:pPr>
      <w:r>
        <w:t>Answers with Explanations</w:t>
      </w:r>
    </w:p>
    <w:p w14:paraId="58885240" w14:textId="77777777" w:rsidR="00687238" w:rsidRDefault="008443F3">
      <w:r>
        <w:t>1. C. Cut – A pen is used to write; a knife is used to cut.</w:t>
      </w:r>
    </w:p>
    <w:p w14:paraId="00C848F4" w14:textId="77777777" w:rsidR="00687238" w:rsidRDefault="008443F3">
      <w:r>
        <w:t>2. A. Hunger – Water satisfies thirst; food satisfies hunger.</w:t>
      </w:r>
    </w:p>
    <w:p w14:paraId="1EA37B1B" w14:textId="77777777" w:rsidR="00687238" w:rsidRDefault="008443F3">
      <w:r>
        <w:t>3. C. Temperature – A thermometer measures temperature.</w:t>
      </w:r>
    </w:p>
    <w:p w14:paraId="00B672B6" w14:textId="77777777" w:rsidR="00687238" w:rsidRDefault="008443F3">
      <w:r>
        <w:t>4. C. Sheep – Feathers belong to birds; wool to sheep.</w:t>
      </w:r>
    </w:p>
    <w:p w14:paraId="725B5C0F" w14:textId="77777777" w:rsidR="00687238" w:rsidRDefault="008443F3">
      <w:r>
        <w:t>5. B. School – Doctor works in hospital; teacher in school.</w:t>
      </w:r>
    </w:p>
    <w:p w14:paraId="35E7ACE4" w14:textId="77777777" w:rsidR="00687238" w:rsidRDefault="008443F3">
      <w:r>
        <w:t>6. B. Aunt – A is B’s sister, B is C’s father → A is C’s aunt.</w:t>
      </w:r>
    </w:p>
    <w:p w14:paraId="13E070A3" w14:textId="77777777" w:rsidR="00687238" w:rsidRDefault="008443F3">
      <w:r>
        <w:t>7. C. Grandfather – P is Q’s father, Q is R’s mother → P is R’s grandfather.</w:t>
      </w:r>
    </w:p>
    <w:p w14:paraId="244DCD78" w14:textId="77777777" w:rsidR="00687238" w:rsidRDefault="008443F3">
      <w:r>
        <w:t>8. A. Brother – X and Y are siblings; Y is Z’s sister → X is Z’s brother.</w:t>
      </w:r>
    </w:p>
    <w:p w14:paraId="57D04D88" w14:textId="77777777" w:rsidR="00687238" w:rsidRDefault="008443F3">
      <w:r>
        <w:t>9. C. Grandmother – A is B’s mother; B is C’s father → A is grandmother of C.</w:t>
      </w:r>
    </w:p>
    <w:p w14:paraId="6D3B4B8C" w14:textId="77777777" w:rsidR="00687238" w:rsidRDefault="008443F3">
      <w:r>
        <w:t>10. B. T’s sister – One son and one daughter. If T is son, daughter is his sister.</w:t>
      </w:r>
    </w:p>
    <w:p w14:paraId="16CE1E57" w14:textId="77777777" w:rsidR="00687238" w:rsidRDefault="008443F3">
      <w:r>
        <w:t>11. A. Stack – Stack &lt; Stare &lt; Star &lt; Start in dictionary.</w:t>
      </w:r>
    </w:p>
    <w:p w14:paraId="7C6EB968" w14:textId="77777777" w:rsidR="00687238" w:rsidRDefault="008443F3">
      <w:r>
        <w:t>12. D. 4 – Order is Eagle, Elephant, Energy, Engine.</w:t>
      </w:r>
    </w:p>
    <w:p w14:paraId="3ECBC7C3" w14:textId="77777777" w:rsidR="00687238" w:rsidRDefault="008443F3">
      <w:r>
        <w:t>13. A. Tiger – Tidy &lt; Tiger &lt; Time &lt; Tip → Last is Tiger.</w:t>
      </w:r>
    </w:p>
    <w:p w14:paraId="2ABB5CC8" w14:textId="77777777" w:rsidR="00687238" w:rsidRDefault="008443F3">
      <w:r>
        <w:t>14. D. Planet – Plane &lt; Planet &lt; Plant.</w:t>
      </w:r>
    </w:p>
    <w:p w14:paraId="70E32F6F" w14:textId="77777777" w:rsidR="00687238" w:rsidRDefault="008443F3">
      <w:r>
        <w:t>15. A. 4, 1, 2, 3 – Aeroplane &lt; Ant &lt; Apple &lt; Axe.</w:t>
      </w:r>
    </w:p>
    <w:p w14:paraId="569F99CD" w14:textId="77777777" w:rsidR="00687238" w:rsidRDefault="008443F3">
      <w:r>
        <w:t>16. A. EPH – D(+1)=E, O(+1)=P, G(+1)=H.</w:t>
      </w:r>
    </w:p>
    <w:p w14:paraId="43DC3DA4" w14:textId="77777777" w:rsidR="00687238" w:rsidRDefault="008443F3">
      <w:r>
        <w:t>17. B. IGMM – H(+1)=I, I(+1)=J, L(+1)=M.</w:t>
      </w:r>
    </w:p>
    <w:p w14:paraId="73359331" w14:textId="77777777" w:rsidR="00687238" w:rsidRDefault="008443F3">
      <w:r>
        <w:t>18. A. PSBOHF – Each letter +1: O→P, R→S, A→B, etc.</w:t>
      </w:r>
    </w:p>
    <w:p w14:paraId="695CBE1A" w14:textId="77777777" w:rsidR="00687238" w:rsidRDefault="008443F3">
      <w:r>
        <w:t>19. A. 24 – C(3)+A(1)+T(20) = 24.</w:t>
      </w:r>
    </w:p>
    <w:p w14:paraId="25F5DCAA" w14:textId="77777777" w:rsidR="00687238" w:rsidRDefault="008443F3">
      <w:r>
        <w:t>20. B. TPQV – R→S, A→B, J→K, U→V → S→T, etc.</w:t>
      </w:r>
    </w:p>
    <w:sectPr w:rsidR="006872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4492241">
    <w:abstractNumId w:val="8"/>
  </w:num>
  <w:num w:numId="2" w16cid:durableId="176042677">
    <w:abstractNumId w:val="6"/>
  </w:num>
  <w:num w:numId="3" w16cid:durableId="2083134262">
    <w:abstractNumId w:val="5"/>
  </w:num>
  <w:num w:numId="4" w16cid:durableId="487357936">
    <w:abstractNumId w:val="4"/>
  </w:num>
  <w:num w:numId="5" w16cid:durableId="369456067">
    <w:abstractNumId w:val="7"/>
  </w:num>
  <w:num w:numId="6" w16cid:durableId="335377848">
    <w:abstractNumId w:val="3"/>
  </w:num>
  <w:num w:numId="7" w16cid:durableId="1949004369">
    <w:abstractNumId w:val="2"/>
  </w:num>
  <w:num w:numId="8" w16cid:durableId="234627954">
    <w:abstractNumId w:val="1"/>
  </w:num>
  <w:num w:numId="9" w16cid:durableId="82766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5DC3"/>
    <w:rsid w:val="0029639D"/>
    <w:rsid w:val="00326F90"/>
    <w:rsid w:val="00687238"/>
    <w:rsid w:val="008A23D5"/>
    <w:rsid w:val="00A5339C"/>
    <w:rsid w:val="00AA1D8D"/>
    <w:rsid w:val="00B47730"/>
    <w:rsid w:val="00CB0664"/>
    <w:rsid w:val="00E450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01396C"/>
  <w14:defaultImageDpi w14:val="300"/>
  <w15:docId w15:val="{27463DEE-2DDA-1D4B-AB3C-F756A311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r72602120@gmail.com</cp:lastModifiedBy>
  <cp:revision>2</cp:revision>
  <dcterms:created xsi:type="dcterms:W3CDTF">2025-07-08T09:09:00Z</dcterms:created>
  <dcterms:modified xsi:type="dcterms:W3CDTF">2025-07-08T09:09:00Z</dcterms:modified>
  <cp:category/>
</cp:coreProperties>
</file>