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4EE51" w14:textId="2220EA00" w:rsidR="00540DB6" w:rsidRDefault="002E05C2">
      <w:pPr>
        <w:pStyle w:val="Heading1"/>
        <w:jc w:val="center"/>
      </w:pPr>
      <w:r>
        <w:t xml:space="preserve">Revision Worksheet </w:t>
      </w:r>
    </w:p>
    <w:p w14:paraId="2D679A4E" w14:textId="77777777" w:rsidR="00540DB6" w:rsidRDefault="00540DB6"/>
    <w:p w14:paraId="1D30C24D" w14:textId="7A8974AA" w:rsidR="00540DB6" w:rsidRDefault="00780383">
      <w:r>
        <w:t>21. A bag contains 5 red, 3 green and 2 blue balls. One ball is drawn at random.</w:t>
      </w:r>
      <w:r>
        <w:br/>
        <w:t xml:space="preserve">    (i) Find the probability of getting a green ball.</w:t>
      </w:r>
      <w:r>
        <w:br/>
      </w:r>
      <w:r>
        <w:t xml:space="preserve">    (ii) Find the probability of getting not a blue ball.</w:t>
      </w:r>
      <w:r>
        <w:br/>
      </w:r>
      <w:r>
        <w:t xml:space="preserve"> </w:t>
      </w:r>
      <w:r w:rsidR="002E05C2">
        <w:t xml:space="preserve">22. </w:t>
      </w:r>
      <w:r>
        <w:t>A warehouse is in the shape of a cuboid of dimensions 50 m × 30 m × 20 m.</w:t>
      </w:r>
      <w:r>
        <w:br/>
        <w:t xml:space="preserve">    How many cubical boxes of volume 4</w:t>
      </w:r>
      <w:r>
        <w:t xml:space="preserve"> m³ can be stored in it?</w:t>
      </w:r>
    </w:p>
    <w:p w14:paraId="39001476" w14:textId="61DA072D" w:rsidR="00540DB6" w:rsidRDefault="00780383">
      <w:r>
        <w:t>2</w:t>
      </w:r>
      <w:r w:rsidR="00F57255">
        <w:t>3</w:t>
      </w:r>
      <w:r>
        <w:t>. Three numbers are in the ratio 2 : 3 : 4.</w:t>
      </w:r>
      <w:r>
        <w:br/>
        <w:t xml:space="preserve">    The sum of their cubes is 99,000. Find the numbers.</w:t>
      </w:r>
    </w:p>
    <w:p w14:paraId="38239A5C" w14:textId="059CD1E8" w:rsidR="00540DB6" w:rsidRDefault="00780383">
      <w:r>
        <w:t>2</w:t>
      </w:r>
      <w:r w:rsidR="00F57255">
        <w:t>4</w:t>
      </w:r>
      <w:r>
        <w:t>. Simplify:</w:t>
      </w:r>
      <w:r>
        <w:br/>
        <w:t xml:space="preserve">    144xy(2x − 5)(3y − 6) ÷ 36(x − 5/2)(y − 2)</w:t>
      </w:r>
    </w:p>
    <w:p w14:paraId="290F4EDC" w14:textId="373F20A9" w:rsidR="00540DB6" w:rsidRDefault="00780383">
      <w:r>
        <w:t>2</w:t>
      </w:r>
      <w:r w:rsidR="007223D9">
        <w:t>5</w:t>
      </w:r>
      <w:r>
        <w:t>. Find the value of x such that:</w:t>
      </w:r>
      <w:r>
        <w:br/>
        <w:t xml:space="preserve">   </w:t>
      </w:r>
      <w:r>
        <w:t xml:space="preserve"> </w:t>
      </w:r>
      <w:r w:rsidRPr="007223D9">
        <w:t>(3/7)^(-2) × (3/7)^5 = (3/7)^(3x)</w:t>
      </w:r>
    </w:p>
    <w:p w14:paraId="4B512091" w14:textId="6BA4A7BE" w:rsidR="00540DB6" w:rsidRDefault="00780383">
      <w:r>
        <w:t>2</w:t>
      </w:r>
      <w:r w:rsidR="007223D9">
        <w:t>6</w:t>
      </w:r>
      <w:r>
        <w:t>. A floor has 2000 rhombus-shaped tiles.</w:t>
      </w:r>
      <w:r>
        <w:br/>
        <w:t xml:space="preserve">    Each tile has diagonals 40 cm and 24 cm.</w:t>
      </w:r>
      <w:r>
        <w:br/>
        <w:t xml:space="preserve">    Find the total cost of polishing the floor if the cost per </w:t>
      </w:r>
      <w:proofErr w:type="spellStart"/>
      <w:r>
        <w:t>sq</w:t>
      </w:r>
      <w:proofErr w:type="spellEnd"/>
      <w:r>
        <w:t xml:space="preserve"> </w:t>
      </w:r>
      <w:proofErr w:type="spellStart"/>
      <w:r>
        <w:t>metre</w:t>
      </w:r>
      <w:proofErr w:type="spellEnd"/>
      <w:r>
        <w:t xml:space="preserve"> is ₹6.</w:t>
      </w:r>
      <w:r>
        <w:br/>
      </w:r>
      <w:r>
        <w:br/>
        <w:t xml:space="preserve">  </w:t>
      </w:r>
      <w:r w:rsidR="00F22417">
        <w:t>27.</w:t>
      </w:r>
      <w:r>
        <w:t xml:space="preserve">  Add the algebraic expressions:</w:t>
      </w:r>
      <w:r>
        <w:br/>
        <w:t xml:space="preserve">    (xy − yz), (yz − zx), (zx − xy)</w:t>
      </w:r>
    </w:p>
    <w:p w14:paraId="025B41EE" w14:textId="77777777" w:rsidR="00540DB6" w:rsidRDefault="00540DB6"/>
    <w:sectPr w:rsidR="00540DB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99801510">
    <w:abstractNumId w:val="8"/>
  </w:num>
  <w:num w:numId="2" w16cid:durableId="912818098">
    <w:abstractNumId w:val="6"/>
  </w:num>
  <w:num w:numId="3" w16cid:durableId="577178622">
    <w:abstractNumId w:val="5"/>
  </w:num>
  <w:num w:numId="4" w16cid:durableId="1240208943">
    <w:abstractNumId w:val="4"/>
  </w:num>
  <w:num w:numId="5" w16cid:durableId="945161929">
    <w:abstractNumId w:val="7"/>
  </w:num>
  <w:num w:numId="6" w16cid:durableId="1111121202">
    <w:abstractNumId w:val="3"/>
  </w:num>
  <w:num w:numId="7" w16cid:durableId="469521501">
    <w:abstractNumId w:val="2"/>
  </w:num>
  <w:num w:numId="8" w16cid:durableId="1112630591">
    <w:abstractNumId w:val="1"/>
  </w:num>
  <w:num w:numId="9" w16cid:durableId="103091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E05C2"/>
    <w:rsid w:val="00326F90"/>
    <w:rsid w:val="0045757D"/>
    <w:rsid w:val="00540DB6"/>
    <w:rsid w:val="007223D9"/>
    <w:rsid w:val="00780383"/>
    <w:rsid w:val="007D6539"/>
    <w:rsid w:val="0090490E"/>
    <w:rsid w:val="00AA1D8D"/>
    <w:rsid w:val="00AD682D"/>
    <w:rsid w:val="00B47730"/>
    <w:rsid w:val="00C14CC5"/>
    <w:rsid w:val="00CB0664"/>
    <w:rsid w:val="00EC2053"/>
    <w:rsid w:val="00F22417"/>
    <w:rsid w:val="00F22824"/>
    <w:rsid w:val="00F572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700B41"/>
  <w14:defaultImageDpi w14:val="300"/>
  <w15:docId w15:val="{A198088D-EA55-CF45-A100-79666BECD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Koushik Mondal</cp:lastModifiedBy>
  <cp:revision>12</cp:revision>
  <dcterms:created xsi:type="dcterms:W3CDTF">2026-02-20T03:57:00Z</dcterms:created>
  <dcterms:modified xsi:type="dcterms:W3CDTF">2026-02-20T04:03:00Z</dcterms:modified>
  <cp:category/>
</cp:coreProperties>
</file>