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9DE74" w14:textId="552CE14A" w:rsidR="004D0ECD" w:rsidRDefault="004D0ECD" w:rsidP="004D0ECD">
      <w:pPr>
        <w:pStyle w:val="SchoolTitle"/>
        <w:pBdr>
          <w:bottom w:val="single" w:sz="8" w:space="1" w:color="D9E2F3"/>
        </w:pBdr>
        <w:jc w:val="center"/>
      </w:pPr>
      <w:r>
        <w:rPr>
          <w:rFonts w:ascii="Arial"/>
          <w:b w:val="0"/>
          <w:noProof/>
          <w:spacing w:val="-2"/>
          <w:sz w:val="28"/>
          <w:szCs w:val="28"/>
        </w:rPr>
        <w:drawing>
          <wp:inline distT="0" distB="0" distL="0" distR="0" wp14:anchorId="6D2655B5" wp14:editId="51C8372B">
            <wp:extent cx="863600" cy="824120"/>
            <wp:effectExtent l="0" t="0" r="0" b="0"/>
            <wp:docPr id="21067982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460" cy="876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B0048F" w14:textId="66DF9A28" w:rsidR="007B4EC0" w:rsidRPr="0025072A" w:rsidRDefault="00C20D8A" w:rsidP="0025072A">
      <w:pPr>
        <w:pStyle w:val="SchoolTitle"/>
        <w:pBdr>
          <w:bottom w:val="single" w:sz="8" w:space="1" w:color="D9E2F3"/>
        </w:pBdr>
        <w:spacing w:line="240" w:lineRule="auto"/>
        <w:jc w:val="center"/>
        <w:rPr>
          <w:sz w:val="22"/>
        </w:rPr>
      </w:pPr>
      <w:r w:rsidRPr="0025072A">
        <w:rPr>
          <w:sz w:val="22"/>
        </w:rPr>
        <w:t>SATISH CHANDRA MEMORIAL SCHOOL</w:t>
      </w:r>
    </w:p>
    <w:p w14:paraId="60AB9BA4" w14:textId="01D9E659" w:rsidR="007B4EC0" w:rsidRPr="0025072A" w:rsidRDefault="00C20D8A" w:rsidP="0025072A">
      <w:pPr>
        <w:pStyle w:val="DocTitle"/>
        <w:spacing w:line="240" w:lineRule="auto"/>
        <w:jc w:val="center"/>
        <w:rPr>
          <w:sz w:val="20"/>
          <w:szCs w:val="20"/>
        </w:rPr>
      </w:pPr>
      <w:r w:rsidRPr="0025072A">
        <w:rPr>
          <w:sz w:val="20"/>
          <w:szCs w:val="20"/>
        </w:rPr>
        <w:t>SYLLABUS OF CLASS VI</w:t>
      </w:r>
      <w:r w:rsidR="004D0ECD" w:rsidRPr="0025072A">
        <w:rPr>
          <w:sz w:val="20"/>
          <w:szCs w:val="20"/>
        </w:rPr>
        <w:t>I</w:t>
      </w:r>
    </w:p>
    <w:p w14:paraId="327EDD89" w14:textId="77777777" w:rsidR="007B4EC0" w:rsidRPr="0025072A" w:rsidRDefault="00C20D8A" w:rsidP="0025072A">
      <w:pPr>
        <w:pStyle w:val="DocTitle"/>
        <w:spacing w:after="160" w:line="240" w:lineRule="auto"/>
        <w:jc w:val="center"/>
        <w:rPr>
          <w:sz w:val="20"/>
          <w:szCs w:val="20"/>
        </w:rPr>
      </w:pPr>
      <w:r w:rsidRPr="0025072A">
        <w:rPr>
          <w:sz w:val="20"/>
          <w:szCs w:val="20"/>
        </w:rPr>
        <w:t>ENGLISH (2026-27)</w:t>
      </w:r>
    </w:p>
    <w:p w14:paraId="4805AD61" w14:textId="77777777" w:rsidR="007B4EC0" w:rsidRDefault="00C20D8A" w:rsidP="0025072A">
      <w:pPr>
        <w:pStyle w:val="TermBand"/>
        <w:keepNext/>
        <w:shd w:val="clear" w:color="auto" w:fill="1F4E78"/>
      </w:pPr>
      <w:r>
        <w:t xml:space="preserve">  PRE-MID TERM</w:t>
      </w:r>
    </w:p>
    <w:p w14:paraId="1CD94F90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READING</w:t>
      </w:r>
    </w:p>
    <w:p w14:paraId="57CDFB50" w14:textId="77777777" w:rsidR="007B4EC0" w:rsidRPr="0025072A" w:rsidRDefault="00C20D8A" w:rsidP="0025072A">
      <w:pPr>
        <w:pStyle w:val="BodyLine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Unseen Comprehension Passage.</w:t>
      </w:r>
    </w:p>
    <w:p w14:paraId="142F0827" w14:textId="77777777" w:rsidR="007B4EC0" w:rsidRPr="0025072A" w:rsidRDefault="00C20D8A" w:rsidP="0025072A">
      <w:pPr>
        <w:pStyle w:val="BodyLine"/>
        <w:spacing w:after="40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Case based Comprehension.</w:t>
      </w:r>
    </w:p>
    <w:p w14:paraId="6B587CB5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WRITING</w:t>
      </w:r>
    </w:p>
    <w:p w14:paraId="3CB522F7" w14:textId="77777777" w:rsidR="007B4EC0" w:rsidRPr="0025072A" w:rsidRDefault="00C20D8A" w:rsidP="0025072A">
      <w:pPr>
        <w:pStyle w:val="BodyLine"/>
        <w:spacing w:after="40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Descriptive Paragraph, Informal Letter</w:t>
      </w:r>
    </w:p>
    <w:p w14:paraId="0C0B3746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GRAMMAR</w:t>
      </w:r>
    </w:p>
    <w:p w14:paraId="6DF420A3" w14:textId="7CAAE067" w:rsidR="007B4EC0" w:rsidRPr="0025072A" w:rsidRDefault="004F5EEB" w:rsidP="0025072A">
      <w:pPr>
        <w:pStyle w:val="BodyLine"/>
        <w:ind w:left="619"/>
        <w:rPr>
          <w:sz w:val="20"/>
          <w:szCs w:val="20"/>
        </w:rPr>
      </w:pPr>
      <w:r w:rsidRPr="004F5EEB">
        <w:rPr>
          <w:sz w:val="20"/>
          <w:szCs w:val="20"/>
        </w:rPr>
        <w:t>Modals, Types of Clauses (Noun, Adjective, Adverb)</w:t>
      </w:r>
      <w:r w:rsidR="001B2FF4">
        <w:rPr>
          <w:sz w:val="20"/>
          <w:szCs w:val="20"/>
        </w:rPr>
        <w:t xml:space="preserve">, </w:t>
      </w:r>
      <w:r w:rsidR="00C20D8A" w:rsidRPr="0025072A">
        <w:rPr>
          <w:sz w:val="20"/>
          <w:szCs w:val="20"/>
        </w:rPr>
        <w:t>Simple, Compound &amp; Complex Sentences (Identification)</w:t>
      </w:r>
    </w:p>
    <w:p w14:paraId="49950D6B" w14:textId="06A17AE3" w:rsidR="007B4EC0" w:rsidRPr="0025072A" w:rsidRDefault="0025072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VOCABULARY (Textual)</w:t>
      </w:r>
    </w:p>
    <w:p w14:paraId="7630939D" w14:textId="77777777" w:rsidR="007B4EC0" w:rsidRPr="0025072A" w:rsidRDefault="00C20D8A" w:rsidP="0025072A">
      <w:pPr>
        <w:pStyle w:val="BodyLine"/>
        <w:spacing w:after="40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Phrasal Verbs</w:t>
      </w:r>
    </w:p>
    <w:p w14:paraId="409BF4C2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LITERATURE- Poorvi</w:t>
      </w:r>
    </w:p>
    <w:p w14:paraId="3A0980BB" w14:textId="77777777" w:rsidR="007B4EC0" w:rsidRPr="0025072A" w:rsidRDefault="00C20D8A" w:rsidP="0025072A">
      <w:pPr>
        <w:pStyle w:val="UnitHead"/>
        <w:ind w:left="259"/>
        <w:rPr>
          <w:sz w:val="20"/>
          <w:szCs w:val="20"/>
        </w:rPr>
      </w:pPr>
      <w:r w:rsidRPr="0025072A">
        <w:rPr>
          <w:sz w:val="20"/>
          <w:szCs w:val="20"/>
        </w:rPr>
        <w:t>UNIT1: Learning Together – (Integrated with Environmental Studies, Women Empowerment, Inclusive Learning)</w:t>
      </w:r>
    </w:p>
    <w:p w14:paraId="199C6000" w14:textId="603A934A" w:rsidR="007B4EC0" w:rsidRPr="0025072A" w:rsidRDefault="00C20D8A" w:rsidP="0025072A">
      <w:pPr>
        <w:pStyle w:val="BodyLine"/>
        <w:numPr>
          <w:ilvl w:val="0"/>
          <w:numId w:val="10"/>
        </w:numPr>
        <w:rPr>
          <w:sz w:val="20"/>
          <w:szCs w:val="20"/>
        </w:rPr>
      </w:pPr>
      <w:r w:rsidRPr="0025072A">
        <w:rPr>
          <w:sz w:val="20"/>
          <w:szCs w:val="20"/>
        </w:rPr>
        <w:t xml:space="preserve">The Day the River </w:t>
      </w:r>
      <w:r w:rsidR="00A67C51" w:rsidRPr="0025072A">
        <w:rPr>
          <w:sz w:val="20"/>
          <w:szCs w:val="20"/>
        </w:rPr>
        <w:t>Spoke (</w:t>
      </w:r>
      <w:r w:rsidRPr="0025072A">
        <w:rPr>
          <w:sz w:val="20"/>
          <w:szCs w:val="20"/>
        </w:rPr>
        <w:t>Prose)</w:t>
      </w:r>
    </w:p>
    <w:p w14:paraId="1F1BA037" w14:textId="77777777" w:rsidR="007B4EC0" w:rsidRPr="0025072A" w:rsidRDefault="00C20D8A" w:rsidP="0025072A">
      <w:pPr>
        <w:pStyle w:val="BodyLine"/>
        <w:numPr>
          <w:ilvl w:val="0"/>
          <w:numId w:val="10"/>
        </w:numPr>
        <w:rPr>
          <w:sz w:val="20"/>
          <w:szCs w:val="20"/>
        </w:rPr>
      </w:pPr>
      <w:r w:rsidRPr="0025072A">
        <w:rPr>
          <w:sz w:val="20"/>
          <w:szCs w:val="20"/>
        </w:rPr>
        <w:t>Try Again (Poem)</w:t>
      </w:r>
    </w:p>
    <w:p w14:paraId="01DE2B03" w14:textId="7DB97AF0" w:rsidR="007B4EC0" w:rsidRPr="0025072A" w:rsidRDefault="00C20D8A" w:rsidP="0025072A">
      <w:pPr>
        <w:pStyle w:val="BodyLine"/>
        <w:numPr>
          <w:ilvl w:val="0"/>
          <w:numId w:val="10"/>
        </w:numPr>
        <w:spacing w:after="40"/>
        <w:rPr>
          <w:sz w:val="20"/>
          <w:szCs w:val="20"/>
        </w:rPr>
      </w:pPr>
      <w:r w:rsidRPr="0025072A">
        <w:rPr>
          <w:sz w:val="20"/>
          <w:szCs w:val="20"/>
        </w:rPr>
        <w:t xml:space="preserve">Three Days to </w:t>
      </w:r>
      <w:r w:rsidR="00A67C51" w:rsidRPr="0025072A">
        <w:rPr>
          <w:sz w:val="20"/>
          <w:szCs w:val="20"/>
        </w:rPr>
        <w:t>See (</w:t>
      </w:r>
      <w:r w:rsidRPr="0025072A">
        <w:rPr>
          <w:sz w:val="20"/>
          <w:szCs w:val="20"/>
        </w:rPr>
        <w:t>Prose)</w:t>
      </w:r>
    </w:p>
    <w:p w14:paraId="4324BB13" w14:textId="77777777" w:rsidR="007B4EC0" w:rsidRPr="0025072A" w:rsidRDefault="00C20D8A" w:rsidP="0025072A">
      <w:pPr>
        <w:pStyle w:val="UnitHead"/>
        <w:ind w:left="259"/>
        <w:rPr>
          <w:sz w:val="20"/>
          <w:szCs w:val="20"/>
        </w:rPr>
      </w:pPr>
      <w:r w:rsidRPr="0025072A">
        <w:rPr>
          <w:sz w:val="20"/>
          <w:szCs w:val="20"/>
        </w:rPr>
        <w:t xml:space="preserve">UNIT 2: Wit and </w:t>
      </w:r>
      <w:proofErr w:type="spellStart"/>
      <w:r w:rsidRPr="0025072A">
        <w:rPr>
          <w:sz w:val="20"/>
          <w:szCs w:val="20"/>
        </w:rPr>
        <w:t>Humour</w:t>
      </w:r>
      <w:proofErr w:type="spellEnd"/>
      <w:r w:rsidRPr="0025072A">
        <w:rPr>
          <w:sz w:val="20"/>
          <w:szCs w:val="20"/>
        </w:rPr>
        <w:t xml:space="preserve"> (Integrated with Communication and Consequences of Miscommunication)</w:t>
      </w:r>
    </w:p>
    <w:p w14:paraId="7329AF74" w14:textId="77777777" w:rsidR="007B4EC0" w:rsidRPr="0025072A" w:rsidRDefault="00C20D8A" w:rsidP="0025072A">
      <w:pPr>
        <w:pStyle w:val="BodyLine"/>
        <w:numPr>
          <w:ilvl w:val="0"/>
          <w:numId w:val="11"/>
        </w:numPr>
        <w:spacing w:after="40"/>
        <w:rPr>
          <w:sz w:val="20"/>
          <w:szCs w:val="20"/>
        </w:rPr>
      </w:pPr>
      <w:r w:rsidRPr="0025072A">
        <w:rPr>
          <w:sz w:val="20"/>
          <w:szCs w:val="20"/>
        </w:rPr>
        <w:t>A Funny Man (Poem)</w:t>
      </w:r>
    </w:p>
    <w:p w14:paraId="213CE709" w14:textId="77777777" w:rsidR="007B4EC0" w:rsidRPr="0025072A" w:rsidRDefault="00C20D8A" w:rsidP="0025072A">
      <w:pPr>
        <w:pStyle w:val="MetaLine"/>
        <w:ind w:left="259"/>
        <w:rPr>
          <w:sz w:val="20"/>
          <w:szCs w:val="20"/>
        </w:rPr>
      </w:pPr>
      <w:r w:rsidRPr="0025072A">
        <w:rPr>
          <w:b/>
          <w:sz w:val="20"/>
          <w:szCs w:val="20"/>
        </w:rPr>
        <w:t xml:space="preserve">Activity: </w:t>
      </w:r>
      <w:r w:rsidRPr="0025072A">
        <w:rPr>
          <w:sz w:val="20"/>
          <w:szCs w:val="20"/>
        </w:rPr>
        <w:t>Poster Drafting on Right to Education</w:t>
      </w:r>
    </w:p>
    <w:p w14:paraId="6E1F7D9B" w14:textId="49867D07" w:rsidR="00A67C51" w:rsidRPr="0025072A" w:rsidRDefault="00C20D8A" w:rsidP="0025072A">
      <w:pPr>
        <w:pStyle w:val="MetaLine"/>
        <w:ind w:left="259"/>
        <w:rPr>
          <w:sz w:val="20"/>
          <w:szCs w:val="20"/>
        </w:rPr>
      </w:pPr>
      <w:r w:rsidRPr="0025072A">
        <w:rPr>
          <w:b/>
          <w:sz w:val="20"/>
          <w:szCs w:val="20"/>
        </w:rPr>
        <w:t xml:space="preserve">Focus Point: </w:t>
      </w:r>
      <w:r w:rsidRPr="0025072A">
        <w:rPr>
          <w:sz w:val="20"/>
          <w:szCs w:val="20"/>
        </w:rPr>
        <w:t>Speed reading competency</w:t>
      </w:r>
    </w:p>
    <w:p w14:paraId="6DF225D9" w14:textId="77777777" w:rsidR="007B4EC0" w:rsidRDefault="00C20D8A" w:rsidP="0025072A">
      <w:pPr>
        <w:pStyle w:val="TermBand"/>
        <w:keepNext/>
        <w:shd w:val="clear" w:color="auto" w:fill="1F4E78"/>
      </w:pPr>
      <w:r>
        <w:t xml:space="preserve">  MIDTERM</w:t>
      </w:r>
    </w:p>
    <w:p w14:paraId="7DA2EF96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READING</w:t>
      </w:r>
    </w:p>
    <w:p w14:paraId="6ECE5423" w14:textId="4ED437F8" w:rsidR="007B4EC0" w:rsidRPr="0025072A" w:rsidRDefault="00C20D8A" w:rsidP="0025072A">
      <w:pPr>
        <w:pStyle w:val="BodyLine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 xml:space="preserve">Unseen </w:t>
      </w:r>
      <w:r w:rsidR="00A67C51" w:rsidRPr="0025072A">
        <w:rPr>
          <w:sz w:val="20"/>
          <w:szCs w:val="20"/>
        </w:rPr>
        <w:t>Comprehension Passage</w:t>
      </w:r>
    </w:p>
    <w:p w14:paraId="7C7EAC49" w14:textId="77777777" w:rsidR="007B4EC0" w:rsidRPr="0025072A" w:rsidRDefault="00C20D8A" w:rsidP="0025072A">
      <w:pPr>
        <w:pStyle w:val="BodyLine"/>
        <w:spacing w:after="40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Case based Comprehension</w:t>
      </w:r>
    </w:p>
    <w:p w14:paraId="22A46A2D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WRITING</w:t>
      </w:r>
    </w:p>
    <w:p w14:paraId="188A0B5B" w14:textId="77777777" w:rsidR="007B4EC0" w:rsidRPr="0025072A" w:rsidRDefault="00C20D8A" w:rsidP="0025072A">
      <w:pPr>
        <w:pStyle w:val="BodyLine"/>
        <w:spacing w:after="40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PRE-MID +Story Writing, Dialogue Writing</w:t>
      </w:r>
    </w:p>
    <w:p w14:paraId="02E24EB8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GRAMMAR</w:t>
      </w:r>
    </w:p>
    <w:p w14:paraId="2371FA7C" w14:textId="77777777" w:rsidR="001D4777" w:rsidRDefault="00C20D8A" w:rsidP="0025072A">
      <w:pPr>
        <w:pStyle w:val="BodyLine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PREMID+ Finite &amp; Non- Finite Verbs,</w:t>
      </w:r>
      <w:r w:rsidR="0025072A">
        <w:rPr>
          <w:sz w:val="20"/>
          <w:szCs w:val="20"/>
        </w:rPr>
        <w:t xml:space="preserve"> </w:t>
      </w:r>
      <w:r w:rsidR="00440112" w:rsidRPr="00440112">
        <w:rPr>
          <w:sz w:val="20"/>
          <w:szCs w:val="20"/>
        </w:rPr>
        <w:t>Identification of Gerund, Infinitive and Present Participle</w:t>
      </w:r>
      <w:r w:rsidR="00440112">
        <w:rPr>
          <w:sz w:val="20"/>
          <w:szCs w:val="20"/>
        </w:rPr>
        <w:t xml:space="preserve">, </w:t>
      </w:r>
    </w:p>
    <w:p w14:paraId="773683D3" w14:textId="5658B058" w:rsidR="007B4EC0" w:rsidRPr="0025072A" w:rsidRDefault="00C20D8A" w:rsidP="0025072A">
      <w:pPr>
        <w:pStyle w:val="BodyLine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Tense (Indefinite, Continuous, Perfect)</w:t>
      </w:r>
    </w:p>
    <w:p w14:paraId="016C2C45" w14:textId="0440066D" w:rsidR="007B4EC0" w:rsidRPr="0025072A" w:rsidRDefault="0025072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VOCABULARY (Textual)</w:t>
      </w:r>
    </w:p>
    <w:p w14:paraId="29C072B1" w14:textId="720818EE" w:rsidR="007B4EC0" w:rsidRPr="0025072A" w:rsidRDefault="00C20D8A" w:rsidP="0025072A">
      <w:pPr>
        <w:pStyle w:val="BodyLine"/>
        <w:spacing w:after="40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Compound words, Suffix and Prefix</w:t>
      </w:r>
    </w:p>
    <w:p w14:paraId="56FCBC51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LITERATURE - Poorvi</w:t>
      </w:r>
    </w:p>
    <w:p w14:paraId="38D1409D" w14:textId="77777777" w:rsidR="007B4EC0" w:rsidRPr="0025072A" w:rsidRDefault="00C20D8A" w:rsidP="0025072A">
      <w:pPr>
        <w:pStyle w:val="UnitHead"/>
        <w:ind w:left="259"/>
        <w:rPr>
          <w:sz w:val="20"/>
          <w:szCs w:val="20"/>
        </w:rPr>
      </w:pPr>
      <w:r w:rsidRPr="0025072A">
        <w:rPr>
          <w:sz w:val="20"/>
          <w:szCs w:val="20"/>
        </w:rPr>
        <w:t xml:space="preserve">UNIT 2: Wit and </w:t>
      </w:r>
      <w:proofErr w:type="spellStart"/>
      <w:r w:rsidRPr="0025072A">
        <w:rPr>
          <w:sz w:val="20"/>
          <w:szCs w:val="20"/>
        </w:rPr>
        <w:t>Humour</w:t>
      </w:r>
      <w:proofErr w:type="spellEnd"/>
      <w:r w:rsidRPr="0025072A">
        <w:rPr>
          <w:sz w:val="20"/>
          <w:szCs w:val="20"/>
        </w:rPr>
        <w:t xml:space="preserve"> (Integrated with Communicating Animals and Consequences of Miscommunication)</w:t>
      </w:r>
    </w:p>
    <w:p w14:paraId="4EA88646" w14:textId="0BECB951" w:rsidR="007B4EC0" w:rsidRPr="0025072A" w:rsidRDefault="00C20D8A" w:rsidP="0025072A">
      <w:pPr>
        <w:pStyle w:val="BodyLine"/>
        <w:numPr>
          <w:ilvl w:val="0"/>
          <w:numId w:val="11"/>
        </w:numPr>
        <w:rPr>
          <w:sz w:val="20"/>
          <w:szCs w:val="20"/>
        </w:rPr>
      </w:pPr>
      <w:r w:rsidRPr="0025072A">
        <w:rPr>
          <w:sz w:val="20"/>
          <w:szCs w:val="20"/>
        </w:rPr>
        <w:t xml:space="preserve">Animals, </w:t>
      </w:r>
      <w:r w:rsidR="0025072A" w:rsidRPr="0025072A">
        <w:rPr>
          <w:sz w:val="20"/>
          <w:szCs w:val="20"/>
        </w:rPr>
        <w:t>Birds,</w:t>
      </w:r>
      <w:r w:rsidRPr="0025072A">
        <w:rPr>
          <w:sz w:val="20"/>
          <w:szCs w:val="20"/>
        </w:rPr>
        <w:t xml:space="preserve"> and Dr. Dolittle (Prose)</w:t>
      </w:r>
    </w:p>
    <w:p w14:paraId="323410F5" w14:textId="2B3B6F10" w:rsidR="007B4EC0" w:rsidRPr="0025072A" w:rsidRDefault="00C20D8A" w:rsidP="0025072A">
      <w:pPr>
        <w:pStyle w:val="BodyLine"/>
        <w:numPr>
          <w:ilvl w:val="0"/>
          <w:numId w:val="11"/>
        </w:numPr>
        <w:spacing w:after="40"/>
        <w:rPr>
          <w:sz w:val="20"/>
          <w:szCs w:val="20"/>
        </w:rPr>
      </w:pPr>
      <w:r w:rsidRPr="0025072A">
        <w:rPr>
          <w:sz w:val="20"/>
          <w:szCs w:val="20"/>
        </w:rPr>
        <w:lastRenderedPageBreak/>
        <w:t>Say the Right Thing (P</w:t>
      </w:r>
      <w:r w:rsidR="00742EC3">
        <w:rPr>
          <w:sz w:val="20"/>
          <w:szCs w:val="20"/>
        </w:rPr>
        <w:t>lay</w:t>
      </w:r>
      <w:r w:rsidRPr="0025072A">
        <w:rPr>
          <w:sz w:val="20"/>
          <w:szCs w:val="20"/>
        </w:rPr>
        <w:t>)</w:t>
      </w:r>
    </w:p>
    <w:p w14:paraId="127B6591" w14:textId="77777777" w:rsidR="007B4EC0" w:rsidRPr="0025072A" w:rsidRDefault="00C20D8A" w:rsidP="0025072A">
      <w:pPr>
        <w:pStyle w:val="UnitHead"/>
        <w:ind w:left="259"/>
        <w:rPr>
          <w:sz w:val="20"/>
          <w:szCs w:val="20"/>
        </w:rPr>
      </w:pPr>
      <w:r w:rsidRPr="0025072A">
        <w:rPr>
          <w:sz w:val="20"/>
          <w:szCs w:val="20"/>
        </w:rPr>
        <w:t>UNIT 3: Dreams and Discoveries- (Integrated with Imagination, Curiosity, Creativity)</w:t>
      </w:r>
    </w:p>
    <w:p w14:paraId="22F427FF" w14:textId="77777777" w:rsidR="007B4EC0" w:rsidRPr="0025072A" w:rsidRDefault="00C20D8A" w:rsidP="0025072A">
      <w:pPr>
        <w:pStyle w:val="BodyLine"/>
        <w:numPr>
          <w:ilvl w:val="0"/>
          <w:numId w:val="12"/>
        </w:numPr>
        <w:rPr>
          <w:sz w:val="20"/>
          <w:szCs w:val="20"/>
        </w:rPr>
      </w:pPr>
      <w:r w:rsidRPr="0025072A">
        <w:rPr>
          <w:sz w:val="20"/>
          <w:szCs w:val="20"/>
        </w:rPr>
        <w:t>My Brother's Great Invention (Prose)</w:t>
      </w:r>
    </w:p>
    <w:p w14:paraId="0BAF1D95" w14:textId="77777777" w:rsidR="007B4EC0" w:rsidRPr="0025072A" w:rsidRDefault="00C20D8A" w:rsidP="0025072A">
      <w:pPr>
        <w:pStyle w:val="BodyLine"/>
        <w:numPr>
          <w:ilvl w:val="0"/>
          <w:numId w:val="12"/>
        </w:numPr>
        <w:spacing w:after="40"/>
        <w:rPr>
          <w:sz w:val="20"/>
          <w:szCs w:val="20"/>
        </w:rPr>
      </w:pPr>
      <w:r w:rsidRPr="0025072A">
        <w:rPr>
          <w:sz w:val="20"/>
          <w:szCs w:val="20"/>
        </w:rPr>
        <w:t>Paper Boats (Poem)</w:t>
      </w:r>
    </w:p>
    <w:p w14:paraId="580E9C98" w14:textId="77777777" w:rsidR="007B4EC0" w:rsidRPr="0025072A" w:rsidRDefault="00C20D8A" w:rsidP="0025072A">
      <w:pPr>
        <w:pStyle w:val="MetaLine"/>
        <w:ind w:left="259"/>
        <w:rPr>
          <w:sz w:val="20"/>
          <w:szCs w:val="20"/>
        </w:rPr>
      </w:pPr>
      <w:r w:rsidRPr="0025072A">
        <w:rPr>
          <w:b/>
          <w:sz w:val="20"/>
          <w:szCs w:val="20"/>
        </w:rPr>
        <w:t xml:space="preserve">Activity: </w:t>
      </w:r>
      <w:r w:rsidRPr="0025072A">
        <w:rPr>
          <w:sz w:val="20"/>
          <w:szCs w:val="20"/>
        </w:rPr>
        <w:t>Dramatization of the story of My Brother's Great Invention</w:t>
      </w:r>
    </w:p>
    <w:p w14:paraId="439A474A" w14:textId="77777777" w:rsidR="007B4EC0" w:rsidRPr="0025072A" w:rsidRDefault="00C20D8A" w:rsidP="0025072A">
      <w:pPr>
        <w:pStyle w:val="MetaLine"/>
        <w:ind w:left="259"/>
        <w:rPr>
          <w:sz w:val="20"/>
          <w:szCs w:val="20"/>
        </w:rPr>
      </w:pPr>
      <w:r w:rsidRPr="0025072A">
        <w:rPr>
          <w:b/>
          <w:sz w:val="20"/>
          <w:szCs w:val="20"/>
        </w:rPr>
        <w:t xml:space="preserve">Focus Point: </w:t>
      </w:r>
      <w:r w:rsidRPr="0025072A">
        <w:rPr>
          <w:sz w:val="20"/>
          <w:szCs w:val="20"/>
        </w:rPr>
        <w:t>Speaking Skill and Listening Skill</w:t>
      </w:r>
    </w:p>
    <w:p w14:paraId="10ADB415" w14:textId="6E689D56" w:rsidR="007B4EC0" w:rsidRPr="0025072A" w:rsidRDefault="003878DC" w:rsidP="0025072A">
      <w:pPr>
        <w:pStyle w:val="MetaLine"/>
        <w:ind w:left="259"/>
        <w:rPr>
          <w:sz w:val="20"/>
          <w:szCs w:val="20"/>
        </w:rPr>
      </w:pPr>
      <w:r>
        <w:rPr>
          <w:b/>
          <w:sz w:val="20"/>
          <w:szCs w:val="20"/>
        </w:rPr>
        <w:t>Sport</w:t>
      </w:r>
      <w:r w:rsidR="00C20D8A" w:rsidRPr="0025072A">
        <w:rPr>
          <w:b/>
          <w:sz w:val="20"/>
          <w:szCs w:val="20"/>
        </w:rPr>
        <w:t xml:space="preserve"> Integrated Project</w:t>
      </w:r>
      <w:r>
        <w:rPr>
          <w:b/>
          <w:sz w:val="20"/>
          <w:szCs w:val="20"/>
        </w:rPr>
        <w:t xml:space="preserve">: </w:t>
      </w:r>
      <w:r w:rsidR="00167D0C" w:rsidRPr="00372B18">
        <w:rPr>
          <w:bCs/>
          <w:sz w:val="20"/>
          <w:szCs w:val="20"/>
        </w:rPr>
        <w:t xml:space="preserve">Invent Your Own </w:t>
      </w:r>
      <w:r w:rsidR="00521C85" w:rsidRPr="00372B18">
        <w:rPr>
          <w:bCs/>
          <w:sz w:val="20"/>
          <w:szCs w:val="20"/>
        </w:rPr>
        <w:t>Outdoor</w:t>
      </w:r>
      <w:r w:rsidR="00167D0C" w:rsidRPr="00372B18">
        <w:rPr>
          <w:bCs/>
          <w:sz w:val="20"/>
          <w:szCs w:val="20"/>
        </w:rPr>
        <w:t xml:space="preserve"> Game</w:t>
      </w:r>
    </w:p>
    <w:p w14:paraId="72E24711" w14:textId="77777777" w:rsidR="007B4EC0" w:rsidRDefault="00C20D8A" w:rsidP="0025072A">
      <w:pPr>
        <w:pStyle w:val="TermBand"/>
        <w:keepNext/>
        <w:shd w:val="clear" w:color="auto" w:fill="1F4E78"/>
      </w:pPr>
      <w:r>
        <w:t xml:space="preserve">  POST-MID TERM</w:t>
      </w:r>
    </w:p>
    <w:p w14:paraId="6DCD5547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READING</w:t>
      </w:r>
    </w:p>
    <w:p w14:paraId="794D799A" w14:textId="77777777" w:rsidR="007B4EC0" w:rsidRPr="0025072A" w:rsidRDefault="00C20D8A" w:rsidP="0025072A">
      <w:pPr>
        <w:pStyle w:val="BodyLine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Unseen Comprehension Passage</w:t>
      </w:r>
    </w:p>
    <w:p w14:paraId="2C3F100B" w14:textId="77777777" w:rsidR="007B4EC0" w:rsidRPr="0025072A" w:rsidRDefault="00C20D8A" w:rsidP="0025072A">
      <w:pPr>
        <w:pStyle w:val="BodyLine"/>
        <w:spacing w:after="40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Case based Comprehension</w:t>
      </w:r>
    </w:p>
    <w:p w14:paraId="0A573CA8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WRITING</w:t>
      </w:r>
    </w:p>
    <w:p w14:paraId="4FBEB785" w14:textId="77777777" w:rsidR="007B4EC0" w:rsidRPr="0025072A" w:rsidRDefault="00C20D8A" w:rsidP="0025072A">
      <w:pPr>
        <w:pStyle w:val="BodyLine"/>
        <w:spacing w:after="40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Notice Writing</w:t>
      </w:r>
    </w:p>
    <w:p w14:paraId="629355E3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GRAMMAR</w:t>
      </w:r>
    </w:p>
    <w:p w14:paraId="4952C6DF" w14:textId="43385ECB" w:rsidR="007B4EC0" w:rsidRPr="0025072A" w:rsidRDefault="00C20D8A" w:rsidP="0025072A">
      <w:pPr>
        <w:pStyle w:val="BodyLine"/>
        <w:spacing w:after="40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PRE-MID+ MID+ Transformation of Sentence</w:t>
      </w:r>
      <w:r w:rsidR="001D4777">
        <w:rPr>
          <w:sz w:val="20"/>
          <w:szCs w:val="20"/>
        </w:rPr>
        <w:t>s</w:t>
      </w:r>
      <w:r w:rsidRPr="0025072A">
        <w:rPr>
          <w:sz w:val="20"/>
          <w:szCs w:val="20"/>
        </w:rPr>
        <w:t xml:space="preserve"> (Functional &amp; Structural)</w:t>
      </w:r>
    </w:p>
    <w:p w14:paraId="07A437F3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LITERATURE</w:t>
      </w:r>
    </w:p>
    <w:p w14:paraId="42031E13" w14:textId="77777777" w:rsidR="007B4EC0" w:rsidRPr="0025072A" w:rsidRDefault="00C20D8A" w:rsidP="0025072A">
      <w:pPr>
        <w:pStyle w:val="UnitHead"/>
        <w:ind w:left="259"/>
        <w:rPr>
          <w:sz w:val="20"/>
          <w:szCs w:val="20"/>
        </w:rPr>
      </w:pPr>
      <w:r w:rsidRPr="0025072A">
        <w:rPr>
          <w:sz w:val="20"/>
          <w:szCs w:val="20"/>
        </w:rPr>
        <w:t>UNIT4: Travel and Adventure</w:t>
      </w:r>
    </w:p>
    <w:p w14:paraId="0CA58C9B" w14:textId="77777777" w:rsidR="007B4EC0" w:rsidRPr="0025072A" w:rsidRDefault="00C20D8A" w:rsidP="0025072A">
      <w:pPr>
        <w:pStyle w:val="BodyLine"/>
        <w:numPr>
          <w:ilvl w:val="0"/>
          <w:numId w:val="13"/>
        </w:numPr>
        <w:rPr>
          <w:sz w:val="20"/>
          <w:szCs w:val="20"/>
        </w:rPr>
      </w:pPr>
      <w:r w:rsidRPr="0025072A">
        <w:rPr>
          <w:sz w:val="20"/>
          <w:szCs w:val="20"/>
        </w:rPr>
        <w:t>The Tunnel (Prose)</w:t>
      </w:r>
    </w:p>
    <w:p w14:paraId="460FD7A5" w14:textId="77777777" w:rsidR="007B4EC0" w:rsidRPr="0025072A" w:rsidRDefault="00C20D8A" w:rsidP="0025072A">
      <w:pPr>
        <w:pStyle w:val="BodyLine"/>
        <w:numPr>
          <w:ilvl w:val="0"/>
          <w:numId w:val="13"/>
        </w:numPr>
        <w:rPr>
          <w:sz w:val="20"/>
          <w:szCs w:val="20"/>
        </w:rPr>
      </w:pPr>
      <w:r w:rsidRPr="0025072A">
        <w:rPr>
          <w:sz w:val="20"/>
          <w:szCs w:val="20"/>
        </w:rPr>
        <w:t>Travel (Poem)</w:t>
      </w:r>
    </w:p>
    <w:p w14:paraId="68D0BDC4" w14:textId="77777777" w:rsidR="007B4EC0" w:rsidRPr="0025072A" w:rsidRDefault="00C20D8A" w:rsidP="0025072A">
      <w:pPr>
        <w:pStyle w:val="BodyLine"/>
        <w:numPr>
          <w:ilvl w:val="0"/>
          <w:numId w:val="13"/>
        </w:numPr>
        <w:spacing w:after="40"/>
        <w:rPr>
          <w:sz w:val="20"/>
          <w:szCs w:val="20"/>
        </w:rPr>
      </w:pPr>
      <w:r w:rsidRPr="0025072A">
        <w:rPr>
          <w:sz w:val="20"/>
          <w:szCs w:val="20"/>
        </w:rPr>
        <w:t>Conquering the Summit (Prose/Non-fiction)</w:t>
      </w:r>
    </w:p>
    <w:p w14:paraId="2B0CE677" w14:textId="77777777" w:rsidR="007B4EC0" w:rsidRPr="0025072A" w:rsidRDefault="00C20D8A" w:rsidP="0025072A">
      <w:pPr>
        <w:pStyle w:val="MetaLine"/>
        <w:ind w:left="259"/>
        <w:rPr>
          <w:sz w:val="20"/>
          <w:szCs w:val="20"/>
        </w:rPr>
      </w:pPr>
      <w:r w:rsidRPr="0025072A">
        <w:rPr>
          <w:b/>
          <w:sz w:val="20"/>
          <w:szCs w:val="20"/>
        </w:rPr>
        <w:t xml:space="preserve">Activity: </w:t>
      </w:r>
      <w:r w:rsidRPr="0025072A">
        <w:rPr>
          <w:sz w:val="20"/>
          <w:szCs w:val="20"/>
        </w:rPr>
        <w:t>Treasure Hunt</w:t>
      </w:r>
    </w:p>
    <w:p w14:paraId="6D438E0F" w14:textId="1517374F" w:rsidR="007B4EC0" w:rsidRPr="0025072A" w:rsidRDefault="00C20D8A" w:rsidP="0025072A">
      <w:pPr>
        <w:pStyle w:val="MetaLine"/>
        <w:ind w:left="259"/>
        <w:rPr>
          <w:sz w:val="20"/>
          <w:szCs w:val="20"/>
        </w:rPr>
      </w:pPr>
      <w:r w:rsidRPr="0025072A">
        <w:rPr>
          <w:b/>
          <w:sz w:val="20"/>
          <w:szCs w:val="20"/>
        </w:rPr>
        <w:t xml:space="preserve">Focus Point: </w:t>
      </w:r>
      <w:r w:rsidRPr="0025072A">
        <w:rPr>
          <w:sz w:val="20"/>
          <w:szCs w:val="20"/>
        </w:rPr>
        <w:t>Creative Writing (Composing a Poem)</w:t>
      </w:r>
    </w:p>
    <w:p w14:paraId="53ADB9C7" w14:textId="77777777" w:rsidR="007B4EC0" w:rsidRDefault="00C20D8A" w:rsidP="0025072A">
      <w:pPr>
        <w:pStyle w:val="TermBand"/>
        <w:keepNext/>
        <w:shd w:val="clear" w:color="auto" w:fill="1F4E78"/>
      </w:pPr>
      <w:r>
        <w:t xml:space="preserve">  FINALTERM</w:t>
      </w:r>
    </w:p>
    <w:p w14:paraId="4ABCE986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READING</w:t>
      </w:r>
    </w:p>
    <w:p w14:paraId="4C57988A" w14:textId="77777777" w:rsidR="007B4EC0" w:rsidRPr="0025072A" w:rsidRDefault="00C20D8A" w:rsidP="0025072A">
      <w:pPr>
        <w:pStyle w:val="BodyLine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Unseen Comprehension Passage</w:t>
      </w:r>
    </w:p>
    <w:p w14:paraId="5783BE53" w14:textId="77777777" w:rsidR="007B4EC0" w:rsidRPr="0025072A" w:rsidRDefault="00C20D8A" w:rsidP="0025072A">
      <w:pPr>
        <w:pStyle w:val="BodyLine"/>
        <w:spacing w:after="40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Case based Comprehension</w:t>
      </w:r>
    </w:p>
    <w:p w14:paraId="742947F9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WRITING</w:t>
      </w:r>
    </w:p>
    <w:p w14:paraId="6EBB02C8" w14:textId="77777777" w:rsidR="007B4EC0" w:rsidRPr="0025072A" w:rsidRDefault="00C20D8A" w:rsidP="0025072A">
      <w:pPr>
        <w:pStyle w:val="BodyLine"/>
        <w:spacing w:after="40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Post-mid+ Diary Entry, Post Card Writing</w:t>
      </w:r>
    </w:p>
    <w:p w14:paraId="17669F15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GRAMMAR</w:t>
      </w:r>
    </w:p>
    <w:p w14:paraId="49D24E42" w14:textId="6C0B48AC" w:rsidR="007B4EC0" w:rsidRPr="0025072A" w:rsidRDefault="00C20D8A" w:rsidP="0025072A">
      <w:pPr>
        <w:pStyle w:val="BodyLine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PRE-MID+ MID +POST-MID+ Narration,</w:t>
      </w:r>
      <w:r w:rsidR="0025072A">
        <w:rPr>
          <w:sz w:val="20"/>
          <w:szCs w:val="20"/>
        </w:rPr>
        <w:t xml:space="preserve"> </w:t>
      </w:r>
      <w:r w:rsidRPr="0025072A">
        <w:rPr>
          <w:sz w:val="20"/>
          <w:szCs w:val="20"/>
        </w:rPr>
        <w:t>Transitive and Intransitive Verbs,</w:t>
      </w:r>
      <w:r w:rsidR="0025072A">
        <w:rPr>
          <w:sz w:val="20"/>
          <w:szCs w:val="20"/>
        </w:rPr>
        <w:t xml:space="preserve"> </w:t>
      </w:r>
      <w:r w:rsidRPr="0025072A">
        <w:rPr>
          <w:sz w:val="20"/>
          <w:szCs w:val="20"/>
        </w:rPr>
        <w:t>Voice Change</w:t>
      </w:r>
    </w:p>
    <w:p w14:paraId="24110F19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Vocabulary (Textual)</w:t>
      </w:r>
    </w:p>
    <w:p w14:paraId="3D7CF2BF" w14:textId="77777777" w:rsidR="007B4EC0" w:rsidRPr="0025072A" w:rsidRDefault="00C20D8A" w:rsidP="0025072A">
      <w:pPr>
        <w:pStyle w:val="BodyLine"/>
        <w:spacing w:after="40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Collocations, Word Hunt</w:t>
      </w:r>
    </w:p>
    <w:p w14:paraId="7D7959DB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LITERATURE- Poorvi</w:t>
      </w:r>
    </w:p>
    <w:p w14:paraId="337929E9" w14:textId="77777777" w:rsidR="007B4EC0" w:rsidRPr="0025072A" w:rsidRDefault="00C20D8A" w:rsidP="0025072A">
      <w:pPr>
        <w:pStyle w:val="UnitHead"/>
        <w:ind w:left="259"/>
        <w:rPr>
          <w:sz w:val="20"/>
          <w:szCs w:val="20"/>
        </w:rPr>
      </w:pPr>
      <w:r w:rsidRPr="0025072A">
        <w:rPr>
          <w:sz w:val="20"/>
          <w:szCs w:val="20"/>
        </w:rPr>
        <w:t>UNIT5: Bravehearts – (Tribute to Heroes)</w:t>
      </w:r>
    </w:p>
    <w:p w14:paraId="4A499328" w14:textId="77777777" w:rsidR="007B4EC0" w:rsidRPr="0025072A" w:rsidRDefault="00C20D8A" w:rsidP="0025072A">
      <w:pPr>
        <w:pStyle w:val="BodyLine"/>
        <w:numPr>
          <w:ilvl w:val="0"/>
          <w:numId w:val="14"/>
        </w:numPr>
        <w:rPr>
          <w:sz w:val="20"/>
          <w:szCs w:val="20"/>
        </w:rPr>
      </w:pPr>
      <w:r w:rsidRPr="0025072A">
        <w:rPr>
          <w:sz w:val="20"/>
          <w:szCs w:val="20"/>
        </w:rPr>
        <w:t>A Homage to Our Brave Soldiers (Prose)</w:t>
      </w:r>
    </w:p>
    <w:p w14:paraId="039F3243" w14:textId="77777777" w:rsidR="007B4EC0" w:rsidRPr="0025072A" w:rsidRDefault="00C20D8A" w:rsidP="0025072A">
      <w:pPr>
        <w:pStyle w:val="BodyLine"/>
        <w:numPr>
          <w:ilvl w:val="0"/>
          <w:numId w:val="14"/>
        </w:numPr>
        <w:rPr>
          <w:sz w:val="20"/>
          <w:szCs w:val="20"/>
        </w:rPr>
      </w:pPr>
      <w:r w:rsidRPr="0025072A">
        <w:rPr>
          <w:sz w:val="20"/>
          <w:szCs w:val="20"/>
        </w:rPr>
        <w:t>My Dear Soldiers (Poem)</w:t>
      </w:r>
    </w:p>
    <w:p w14:paraId="0D57E7D2" w14:textId="77777777" w:rsidR="007B4EC0" w:rsidRPr="0025072A" w:rsidRDefault="00C20D8A" w:rsidP="0025072A">
      <w:pPr>
        <w:pStyle w:val="BodyLine"/>
        <w:numPr>
          <w:ilvl w:val="0"/>
          <w:numId w:val="14"/>
        </w:numPr>
        <w:spacing w:after="40"/>
        <w:rPr>
          <w:sz w:val="20"/>
          <w:szCs w:val="20"/>
        </w:rPr>
      </w:pPr>
      <w:r w:rsidRPr="0025072A">
        <w:rPr>
          <w:sz w:val="20"/>
          <w:szCs w:val="20"/>
        </w:rPr>
        <w:t>Rani Abbakka (Prose)</w:t>
      </w:r>
    </w:p>
    <w:p w14:paraId="00650E9A" w14:textId="77777777" w:rsidR="007B4EC0" w:rsidRPr="0025072A" w:rsidRDefault="00C20D8A" w:rsidP="0025072A">
      <w:pPr>
        <w:pStyle w:val="UnitHead"/>
        <w:ind w:left="259"/>
        <w:rPr>
          <w:sz w:val="20"/>
          <w:szCs w:val="20"/>
        </w:rPr>
      </w:pPr>
      <w:r w:rsidRPr="0025072A">
        <w:rPr>
          <w:sz w:val="20"/>
          <w:szCs w:val="20"/>
        </w:rPr>
        <w:t>UNIT 3: Dreams and Discoveries (Integrated with Imagination, Curiosity, Creativity)</w:t>
      </w:r>
    </w:p>
    <w:p w14:paraId="3FEDDCF9" w14:textId="7B648938" w:rsidR="007B4EC0" w:rsidRPr="0025072A" w:rsidRDefault="00C20D8A" w:rsidP="0025072A">
      <w:pPr>
        <w:pStyle w:val="BodyLine"/>
        <w:numPr>
          <w:ilvl w:val="0"/>
          <w:numId w:val="15"/>
        </w:numPr>
        <w:spacing w:after="40"/>
        <w:rPr>
          <w:sz w:val="20"/>
          <w:szCs w:val="20"/>
        </w:rPr>
      </w:pPr>
      <w:r w:rsidRPr="0025072A">
        <w:rPr>
          <w:sz w:val="20"/>
          <w:szCs w:val="20"/>
        </w:rPr>
        <w:t xml:space="preserve">North, South, East, West </w:t>
      </w:r>
      <w:r w:rsidR="00A67C51" w:rsidRPr="0025072A">
        <w:rPr>
          <w:sz w:val="20"/>
          <w:szCs w:val="20"/>
        </w:rPr>
        <w:t>(Postcard</w:t>
      </w:r>
      <w:r w:rsidRPr="0025072A">
        <w:rPr>
          <w:sz w:val="20"/>
          <w:szCs w:val="20"/>
        </w:rPr>
        <w:t xml:space="preserve"> Narrative)</w:t>
      </w:r>
    </w:p>
    <w:p w14:paraId="23430AB0" w14:textId="77777777" w:rsidR="007B4EC0" w:rsidRPr="0025072A" w:rsidRDefault="00C20D8A" w:rsidP="0025072A">
      <w:pPr>
        <w:pStyle w:val="MetaLine"/>
        <w:ind w:left="259"/>
        <w:rPr>
          <w:sz w:val="20"/>
          <w:szCs w:val="20"/>
        </w:rPr>
      </w:pPr>
      <w:r w:rsidRPr="0025072A">
        <w:rPr>
          <w:b/>
          <w:sz w:val="20"/>
          <w:szCs w:val="20"/>
        </w:rPr>
        <w:t xml:space="preserve">Activity: </w:t>
      </w:r>
      <w:r w:rsidRPr="0025072A">
        <w:rPr>
          <w:sz w:val="20"/>
          <w:szCs w:val="20"/>
        </w:rPr>
        <w:t>Picture Sequence based on Individual Goal Setting</w:t>
      </w:r>
    </w:p>
    <w:p w14:paraId="5DFDB5B6" w14:textId="77777777" w:rsidR="007B4EC0" w:rsidRPr="0025072A" w:rsidRDefault="00C20D8A" w:rsidP="0025072A">
      <w:pPr>
        <w:pStyle w:val="MetaLine"/>
        <w:ind w:left="259"/>
        <w:rPr>
          <w:sz w:val="20"/>
          <w:szCs w:val="20"/>
        </w:rPr>
      </w:pPr>
      <w:r w:rsidRPr="0025072A">
        <w:rPr>
          <w:b/>
          <w:sz w:val="20"/>
          <w:szCs w:val="20"/>
        </w:rPr>
        <w:t xml:space="preserve">Focus point: </w:t>
      </w:r>
      <w:r w:rsidRPr="0025072A">
        <w:rPr>
          <w:sz w:val="20"/>
          <w:szCs w:val="20"/>
        </w:rPr>
        <w:t>Integration of Empathy, Courage and Determination for personal growth</w:t>
      </w:r>
    </w:p>
    <w:p w14:paraId="6930F4A9" w14:textId="4D6A611C" w:rsidR="007B4EC0" w:rsidRPr="0025072A" w:rsidRDefault="0079161F" w:rsidP="0025072A">
      <w:pPr>
        <w:pStyle w:val="MetaLine"/>
        <w:ind w:left="259"/>
        <w:rPr>
          <w:sz w:val="20"/>
          <w:szCs w:val="20"/>
        </w:rPr>
      </w:pPr>
      <w:r>
        <w:rPr>
          <w:b/>
          <w:sz w:val="20"/>
          <w:szCs w:val="20"/>
        </w:rPr>
        <w:t>Art</w:t>
      </w:r>
      <w:r w:rsidR="00C20D8A" w:rsidRPr="0025072A">
        <w:rPr>
          <w:b/>
          <w:sz w:val="20"/>
          <w:szCs w:val="20"/>
        </w:rPr>
        <w:t xml:space="preserve"> integrated Project: </w:t>
      </w:r>
      <w:r w:rsidR="00C20D8A" w:rsidRPr="0025072A">
        <w:rPr>
          <w:sz w:val="20"/>
          <w:szCs w:val="20"/>
        </w:rPr>
        <w:t>Comic Strip Designing</w:t>
      </w:r>
    </w:p>
    <w:sectPr w:rsidR="007B4EC0" w:rsidRPr="0025072A" w:rsidSect="00034616">
      <w:footerReference w:type="default" r:id="rId9"/>
      <w:pgSz w:w="12240" w:h="15840"/>
      <w:pgMar w:top="1008" w:right="1152" w:bottom="864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0BE8B" w14:textId="77777777" w:rsidR="007745E7" w:rsidRDefault="007745E7">
      <w:pPr>
        <w:spacing w:after="0" w:line="240" w:lineRule="auto"/>
      </w:pPr>
      <w:r>
        <w:separator/>
      </w:r>
    </w:p>
  </w:endnote>
  <w:endnote w:type="continuationSeparator" w:id="0">
    <w:p w14:paraId="5C520321" w14:textId="77777777" w:rsidR="007745E7" w:rsidRDefault="00774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54F18" w14:textId="77777777" w:rsidR="007B4EC0" w:rsidRDefault="00C20D8A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4D0EC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87F37" w14:textId="77777777" w:rsidR="007745E7" w:rsidRDefault="007745E7">
      <w:pPr>
        <w:spacing w:after="0" w:line="240" w:lineRule="auto"/>
      </w:pPr>
      <w:r>
        <w:separator/>
      </w:r>
    </w:p>
  </w:footnote>
  <w:footnote w:type="continuationSeparator" w:id="0">
    <w:p w14:paraId="33C91CED" w14:textId="77777777" w:rsidR="007745E7" w:rsidRDefault="00774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BB227D"/>
    <w:multiLevelType w:val="hybridMultilevel"/>
    <w:tmpl w:val="87F4396E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10" w15:restartNumberingAfterBreak="0">
    <w:nsid w:val="04C82EC4"/>
    <w:multiLevelType w:val="hybridMultilevel"/>
    <w:tmpl w:val="BEC40F8C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11" w15:restartNumberingAfterBreak="0">
    <w:nsid w:val="06144FCF"/>
    <w:multiLevelType w:val="hybridMultilevel"/>
    <w:tmpl w:val="DF287B16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12" w15:restartNumberingAfterBreak="0">
    <w:nsid w:val="104557E3"/>
    <w:multiLevelType w:val="hybridMultilevel"/>
    <w:tmpl w:val="696481AA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13" w15:restartNumberingAfterBreak="0">
    <w:nsid w:val="1C5176E7"/>
    <w:multiLevelType w:val="hybridMultilevel"/>
    <w:tmpl w:val="BF06C8C4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14" w15:restartNumberingAfterBreak="0">
    <w:nsid w:val="1F081D19"/>
    <w:multiLevelType w:val="hybridMultilevel"/>
    <w:tmpl w:val="0EFE9C4E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15" w15:restartNumberingAfterBreak="0">
    <w:nsid w:val="22F36F7C"/>
    <w:multiLevelType w:val="hybridMultilevel"/>
    <w:tmpl w:val="8F24FB8E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16" w15:restartNumberingAfterBreak="0">
    <w:nsid w:val="373C32D9"/>
    <w:multiLevelType w:val="hybridMultilevel"/>
    <w:tmpl w:val="9760DF58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17" w15:restartNumberingAfterBreak="0">
    <w:nsid w:val="51D94561"/>
    <w:multiLevelType w:val="hybridMultilevel"/>
    <w:tmpl w:val="C848E65E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18" w15:restartNumberingAfterBreak="0">
    <w:nsid w:val="51FE3A7B"/>
    <w:multiLevelType w:val="hybridMultilevel"/>
    <w:tmpl w:val="83B06074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19" w15:restartNumberingAfterBreak="0">
    <w:nsid w:val="63BE39CB"/>
    <w:multiLevelType w:val="hybridMultilevel"/>
    <w:tmpl w:val="DCFC6FF6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20" w15:restartNumberingAfterBreak="0">
    <w:nsid w:val="650077A0"/>
    <w:multiLevelType w:val="hybridMultilevel"/>
    <w:tmpl w:val="2720815C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21" w15:restartNumberingAfterBreak="0">
    <w:nsid w:val="6DD01F25"/>
    <w:multiLevelType w:val="hybridMultilevel"/>
    <w:tmpl w:val="BC0A4FCA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22" w15:restartNumberingAfterBreak="0">
    <w:nsid w:val="6F6A0186"/>
    <w:multiLevelType w:val="hybridMultilevel"/>
    <w:tmpl w:val="4FB2D280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23" w15:restartNumberingAfterBreak="0">
    <w:nsid w:val="75B31B89"/>
    <w:multiLevelType w:val="hybridMultilevel"/>
    <w:tmpl w:val="66BCBB1A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24" w15:restartNumberingAfterBreak="0">
    <w:nsid w:val="77DD384E"/>
    <w:multiLevelType w:val="hybridMultilevel"/>
    <w:tmpl w:val="AFD03288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num w:numId="1" w16cid:durableId="1609698167">
    <w:abstractNumId w:val="8"/>
  </w:num>
  <w:num w:numId="2" w16cid:durableId="17972666">
    <w:abstractNumId w:val="6"/>
  </w:num>
  <w:num w:numId="3" w16cid:durableId="2000576086">
    <w:abstractNumId w:val="5"/>
  </w:num>
  <w:num w:numId="4" w16cid:durableId="1999307732">
    <w:abstractNumId w:val="4"/>
  </w:num>
  <w:num w:numId="5" w16cid:durableId="1014572941">
    <w:abstractNumId w:val="7"/>
  </w:num>
  <w:num w:numId="6" w16cid:durableId="212231405">
    <w:abstractNumId w:val="3"/>
  </w:num>
  <w:num w:numId="7" w16cid:durableId="1674719359">
    <w:abstractNumId w:val="2"/>
  </w:num>
  <w:num w:numId="8" w16cid:durableId="1934897049">
    <w:abstractNumId w:val="1"/>
  </w:num>
  <w:num w:numId="9" w16cid:durableId="1504929302">
    <w:abstractNumId w:val="0"/>
  </w:num>
  <w:num w:numId="10" w16cid:durableId="627006215">
    <w:abstractNumId w:val="22"/>
  </w:num>
  <w:num w:numId="11" w16cid:durableId="1065302827">
    <w:abstractNumId w:val="15"/>
  </w:num>
  <w:num w:numId="12" w16cid:durableId="576745755">
    <w:abstractNumId w:val="20"/>
  </w:num>
  <w:num w:numId="13" w16cid:durableId="1837384207">
    <w:abstractNumId w:val="24"/>
  </w:num>
  <w:num w:numId="14" w16cid:durableId="1105422905">
    <w:abstractNumId w:val="17"/>
  </w:num>
  <w:num w:numId="15" w16cid:durableId="1254704114">
    <w:abstractNumId w:val="19"/>
  </w:num>
  <w:num w:numId="16" w16cid:durableId="693001388">
    <w:abstractNumId w:val="10"/>
  </w:num>
  <w:num w:numId="17" w16cid:durableId="2018772170">
    <w:abstractNumId w:val="21"/>
  </w:num>
  <w:num w:numId="18" w16cid:durableId="240070090">
    <w:abstractNumId w:val="18"/>
  </w:num>
  <w:num w:numId="19" w16cid:durableId="318584227">
    <w:abstractNumId w:val="23"/>
  </w:num>
  <w:num w:numId="20" w16cid:durableId="2097510985">
    <w:abstractNumId w:val="13"/>
  </w:num>
  <w:num w:numId="21" w16cid:durableId="1581790695">
    <w:abstractNumId w:val="14"/>
  </w:num>
  <w:num w:numId="22" w16cid:durableId="1122000809">
    <w:abstractNumId w:val="12"/>
  </w:num>
  <w:num w:numId="23" w16cid:durableId="1696731653">
    <w:abstractNumId w:val="11"/>
  </w:num>
  <w:num w:numId="24" w16cid:durableId="1445148890">
    <w:abstractNumId w:val="16"/>
  </w:num>
  <w:num w:numId="25" w16cid:durableId="11820835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7D0C"/>
    <w:rsid w:val="001B2FF4"/>
    <w:rsid w:val="001D4777"/>
    <w:rsid w:val="0025072A"/>
    <w:rsid w:val="0029639D"/>
    <w:rsid w:val="002E7B26"/>
    <w:rsid w:val="00326F90"/>
    <w:rsid w:val="0033253C"/>
    <w:rsid w:val="003646C3"/>
    <w:rsid w:val="00372B18"/>
    <w:rsid w:val="003878DC"/>
    <w:rsid w:val="00395A84"/>
    <w:rsid w:val="00440112"/>
    <w:rsid w:val="0049533F"/>
    <w:rsid w:val="004D0ECD"/>
    <w:rsid w:val="004F5EEB"/>
    <w:rsid w:val="00521C85"/>
    <w:rsid w:val="00560FC2"/>
    <w:rsid w:val="0057315A"/>
    <w:rsid w:val="0059469F"/>
    <w:rsid w:val="005A1D2E"/>
    <w:rsid w:val="0061225E"/>
    <w:rsid w:val="006A7BAB"/>
    <w:rsid w:val="00742EC3"/>
    <w:rsid w:val="007745E7"/>
    <w:rsid w:val="00780B74"/>
    <w:rsid w:val="0079161F"/>
    <w:rsid w:val="007B4EC0"/>
    <w:rsid w:val="009D1A5F"/>
    <w:rsid w:val="00A12890"/>
    <w:rsid w:val="00A3695A"/>
    <w:rsid w:val="00A66CA8"/>
    <w:rsid w:val="00A67C51"/>
    <w:rsid w:val="00AA1D8D"/>
    <w:rsid w:val="00B47730"/>
    <w:rsid w:val="00BC6FC7"/>
    <w:rsid w:val="00C20D8A"/>
    <w:rsid w:val="00CB0664"/>
    <w:rsid w:val="00CE1AF3"/>
    <w:rsid w:val="00D96A14"/>
    <w:rsid w:val="00E309DC"/>
    <w:rsid w:val="00E92261"/>
    <w:rsid w:val="00F25630"/>
    <w:rsid w:val="00F548D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965F56"/>
  <w14:defaultImageDpi w14:val="300"/>
  <w15:docId w15:val="{8D11A39C-AD80-446F-9C9A-92C7CF523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mbria" w:eastAsia="Cambria" w:hAnsi="Cambria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choolTitle">
    <w:name w:val="SchoolTitle"/>
    <w:basedOn w:val="Normal"/>
    <w:pPr>
      <w:spacing w:after="40"/>
    </w:pPr>
    <w:rPr>
      <w:b/>
      <w:color w:val="1F3A5F"/>
      <w:sz w:val="32"/>
    </w:rPr>
  </w:style>
  <w:style w:type="paragraph" w:customStyle="1" w:styleId="DocTitle">
    <w:name w:val="DocTitle"/>
    <w:basedOn w:val="Normal"/>
    <w:pPr>
      <w:spacing w:after="80"/>
    </w:pPr>
    <w:rPr>
      <w:b/>
      <w:color w:val="1F1F1F"/>
      <w:sz w:val="27"/>
    </w:rPr>
  </w:style>
  <w:style w:type="paragraph" w:customStyle="1" w:styleId="TermBand">
    <w:name w:val="TermBand"/>
    <w:basedOn w:val="Normal"/>
    <w:pPr>
      <w:spacing w:before="160" w:after="120"/>
    </w:pPr>
    <w:rPr>
      <w:b/>
      <w:color w:val="FFFFFF"/>
      <w:sz w:val="24"/>
    </w:rPr>
  </w:style>
  <w:style w:type="paragraph" w:customStyle="1" w:styleId="SectionHead">
    <w:name w:val="SectionHead"/>
    <w:basedOn w:val="Normal"/>
    <w:pPr>
      <w:spacing w:before="80" w:after="40"/>
    </w:pPr>
    <w:rPr>
      <w:b/>
      <w:color w:val="1F3A5F"/>
    </w:rPr>
  </w:style>
  <w:style w:type="paragraph" w:customStyle="1" w:styleId="UnitHead">
    <w:name w:val="UnitHead"/>
    <w:basedOn w:val="Normal"/>
    <w:pPr>
      <w:spacing w:before="80" w:after="20"/>
    </w:pPr>
    <w:rPr>
      <w:b/>
      <w:color w:val="4F4F4F"/>
    </w:rPr>
  </w:style>
  <w:style w:type="paragraph" w:customStyle="1" w:styleId="MetaLine">
    <w:name w:val="MetaLine"/>
    <w:basedOn w:val="Normal"/>
    <w:pPr>
      <w:spacing w:before="40" w:after="80"/>
    </w:pPr>
    <w:rPr>
      <w:color w:val="444444"/>
    </w:rPr>
  </w:style>
  <w:style w:type="paragraph" w:customStyle="1" w:styleId="BodyLine">
    <w:name w:val="BodyLine"/>
    <w:basedOn w:val="Normal"/>
    <w:pPr>
      <w:spacing w:after="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Arindam Dey</cp:lastModifiedBy>
  <cp:revision>2</cp:revision>
  <dcterms:created xsi:type="dcterms:W3CDTF">2026-03-13T00:46:00Z</dcterms:created>
  <dcterms:modified xsi:type="dcterms:W3CDTF">2026-03-13T00:46:00Z</dcterms:modified>
  <cp:category/>
</cp:coreProperties>
</file>