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E74" w14:textId="641EAC7F" w:rsidR="004D0ECD" w:rsidRDefault="00A001B5" w:rsidP="004D0ECD">
      <w:pPr>
        <w:pStyle w:val="SchoolTitle"/>
        <w:pBdr>
          <w:bottom w:val="single" w:sz="8" w:space="1" w:color="D9E2F3"/>
        </w:pBdr>
        <w:jc w:val="center"/>
      </w:pPr>
      <w:r>
        <w:t>`</w:t>
      </w:r>
      <w:r w:rsidR="004D0ECD">
        <w:rPr>
          <w:rFonts w:ascii="Arial"/>
          <w:b w:val="0"/>
          <w:noProof/>
          <w:spacing w:val="-2"/>
          <w:sz w:val="28"/>
          <w:szCs w:val="28"/>
        </w:rPr>
        <w:drawing>
          <wp:inline distT="0" distB="0" distL="0" distR="0" wp14:anchorId="6D2655B5" wp14:editId="51C8372B">
            <wp:extent cx="863600" cy="824120"/>
            <wp:effectExtent l="0" t="0" r="0" b="0"/>
            <wp:docPr id="210679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60" cy="876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48F" w14:textId="66DF9A28" w:rsidR="007B4EC0" w:rsidRPr="0025072A" w:rsidRDefault="00C20D8A" w:rsidP="0025072A">
      <w:pPr>
        <w:pStyle w:val="SchoolTitle"/>
        <w:pBdr>
          <w:bottom w:val="single" w:sz="8" w:space="1" w:color="D9E2F3"/>
        </w:pBdr>
        <w:spacing w:line="240" w:lineRule="auto"/>
        <w:jc w:val="center"/>
        <w:rPr>
          <w:sz w:val="22"/>
        </w:rPr>
      </w:pPr>
      <w:r w:rsidRPr="0025072A">
        <w:rPr>
          <w:sz w:val="22"/>
        </w:rPr>
        <w:t>SATISH CHANDRA MEMORIAL SCHOOL</w:t>
      </w:r>
    </w:p>
    <w:p w14:paraId="60AB9BA4" w14:textId="01D9E659" w:rsidR="007B4EC0" w:rsidRPr="0025072A" w:rsidRDefault="00C20D8A" w:rsidP="0025072A">
      <w:pPr>
        <w:pStyle w:val="DocTitle"/>
        <w:spacing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SYLLABUS OF CLASS VI</w:t>
      </w:r>
      <w:r w:rsidR="004D0ECD" w:rsidRPr="0025072A">
        <w:rPr>
          <w:sz w:val="20"/>
          <w:szCs w:val="20"/>
        </w:rPr>
        <w:t>I</w:t>
      </w:r>
    </w:p>
    <w:p w14:paraId="327EDD89" w14:textId="77777777" w:rsidR="007B4EC0" w:rsidRPr="0025072A" w:rsidRDefault="00C20D8A" w:rsidP="0025072A">
      <w:pPr>
        <w:pStyle w:val="DocTitle"/>
        <w:spacing w:after="160"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ENGLISH (2026-27)</w:t>
      </w:r>
    </w:p>
    <w:p w14:paraId="4805AD6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PRE-MID TERM</w:t>
      </w:r>
    </w:p>
    <w:p w14:paraId="1CD94F90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57CDFB50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Passage.</w:t>
      </w:r>
    </w:p>
    <w:p w14:paraId="142F082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Comprehension.</w:t>
      </w:r>
    </w:p>
    <w:p w14:paraId="6B587CB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3CB522F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Descriptive Paragraph, Informal Letter</w:t>
      </w:r>
    </w:p>
    <w:p w14:paraId="0C0B374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6DF420A3" w14:textId="7CAAE067" w:rsidR="007B4EC0" w:rsidRPr="0025072A" w:rsidRDefault="004F5EEB" w:rsidP="0025072A">
      <w:pPr>
        <w:pStyle w:val="BodyLine"/>
        <w:ind w:left="619"/>
        <w:rPr>
          <w:sz w:val="20"/>
          <w:szCs w:val="20"/>
        </w:rPr>
      </w:pPr>
      <w:r w:rsidRPr="004F5EEB">
        <w:rPr>
          <w:sz w:val="20"/>
          <w:szCs w:val="20"/>
        </w:rPr>
        <w:t>Modals, Types of Clauses (Noun, Adjective, Adverb)</w:t>
      </w:r>
      <w:r w:rsidR="001B2FF4">
        <w:rPr>
          <w:sz w:val="20"/>
          <w:szCs w:val="20"/>
        </w:rPr>
        <w:t xml:space="preserve">, </w:t>
      </w:r>
      <w:r w:rsidR="00C20D8A" w:rsidRPr="0025072A">
        <w:rPr>
          <w:sz w:val="20"/>
          <w:szCs w:val="20"/>
        </w:rPr>
        <w:t>Simple, Compound &amp; Complex Sentences (Identification)</w:t>
      </w:r>
    </w:p>
    <w:p w14:paraId="49950D6B" w14:textId="06A17AE3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7630939D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Phrasal Verbs</w:t>
      </w:r>
    </w:p>
    <w:p w14:paraId="409BF4C2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A0980BB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UNIT1: Learning Together – (Integrated with Environmental Studies, Women Empowerment, Inclusive Learning)</w:t>
      </w:r>
    </w:p>
    <w:p w14:paraId="199C6000" w14:textId="603A934A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The Day the River </w:t>
      </w:r>
      <w:r w:rsidR="00A67C51" w:rsidRPr="0025072A">
        <w:rPr>
          <w:sz w:val="20"/>
          <w:szCs w:val="20"/>
        </w:rPr>
        <w:t>Spoke (</w:t>
      </w:r>
      <w:r w:rsidRPr="0025072A">
        <w:rPr>
          <w:sz w:val="20"/>
          <w:szCs w:val="20"/>
        </w:rPr>
        <w:t>Prose)</w:t>
      </w:r>
    </w:p>
    <w:p w14:paraId="1F1BA037" w14:textId="77777777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>Try Again (Poem)</w:t>
      </w:r>
    </w:p>
    <w:p w14:paraId="01DE2B03" w14:textId="7DB97AF0" w:rsidR="007B4EC0" w:rsidRPr="0025072A" w:rsidRDefault="00C20D8A" w:rsidP="0025072A">
      <w:pPr>
        <w:pStyle w:val="BodyLine"/>
        <w:numPr>
          <w:ilvl w:val="0"/>
          <w:numId w:val="10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Three Days to </w:t>
      </w:r>
      <w:r w:rsidR="00A67C51" w:rsidRPr="0025072A">
        <w:rPr>
          <w:sz w:val="20"/>
          <w:szCs w:val="20"/>
        </w:rPr>
        <w:t>See (</w:t>
      </w:r>
      <w:r w:rsidRPr="0025072A">
        <w:rPr>
          <w:sz w:val="20"/>
          <w:szCs w:val="20"/>
        </w:rPr>
        <w:t>Prose)</w:t>
      </w:r>
    </w:p>
    <w:p w14:paraId="4324BB13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Communication and Consequences of Miscommunication)</w:t>
      </w:r>
    </w:p>
    <w:p w14:paraId="7329AF74" w14:textId="77777777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A Funny Man (Poem)</w:t>
      </w:r>
    </w:p>
    <w:p w14:paraId="213CE709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Poster Drafting on Right to Education</w:t>
      </w:r>
    </w:p>
    <w:p w14:paraId="6E1F7D9B" w14:textId="49867D07" w:rsidR="00A67C51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Speed reading competency</w:t>
      </w:r>
    </w:p>
    <w:p w14:paraId="6DF225D9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MIDTERM</w:t>
      </w:r>
    </w:p>
    <w:p w14:paraId="7DA2EF9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6ECE5423" w14:textId="4ED437F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 xml:space="preserve">Unseen </w:t>
      </w:r>
      <w:r w:rsidR="00A67C51" w:rsidRPr="0025072A">
        <w:rPr>
          <w:sz w:val="20"/>
          <w:szCs w:val="20"/>
        </w:rPr>
        <w:t>Comprehension Passage</w:t>
      </w:r>
    </w:p>
    <w:p w14:paraId="7C7EAC49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22A46A2D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188A0B5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 +Story Writing, Dialogue Writing</w:t>
      </w:r>
    </w:p>
    <w:p w14:paraId="02E24EB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2371FA7C" w14:textId="77777777" w:rsidR="001D4777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PREMID+ Finite &amp; Non- Finite Verbs,</w:t>
      </w:r>
      <w:r w:rsidR="0025072A">
        <w:rPr>
          <w:sz w:val="20"/>
          <w:szCs w:val="20"/>
        </w:rPr>
        <w:t xml:space="preserve"> </w:t>
      </w:r>
      <w:r w:rsidR="00440112" w:rsidRPr="00440112">
        <w:rPr>
          <w:sz w:val="20"/>
          <w:szCs w:val="20"/>
        </w:rPr>
        <w:t>Identification of Gerund, Infinitive and Present Participle</w:t>
      </w:r>
      <w:r w:rsidR="00440112">
        <w:rPr>
          <w:sz w:val="20"/>
          <w:szCs w:val="20"/>
        </w:rPr>
        <w:t xml:space="preserve">, </w:t>
      </w:r>
    </w:p>
    <w:p w14:paraId="773683D3" w14:textId="5658B05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Tense (Indefinite, Continuous, Perfect)</w:t>
      </w:r>
    </w:p>
    <w:p w14:paraId="016C2C45" w14:textId="0440066D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29C072B1" w14:textId="720818EE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Compound words, Suffix and Prefix</w:t>
      </w:r>
    </w:p>
    <w:p w14:paraId="56FCBC51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 - Poorvi</w:t>
      </w:r>
    </w:p>
    <w:p w14:paraId="38D1409D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Communicating Animals and Consequences of Miscommunication)</w:t>
      </w:r>
    </w:p>
    <w:p w14:paraId="4EA88646" w14:textId="0BECB951" w:rsidR="007B4EC0" w:rsidRPr="0025072A" w:rsidRDefault="00C20D8A" w:rsidP="0025072A">
      <w:pPr>
        <w:pStyle w:val="BodyLine"/>
        <w:numPr>
          <w:ilvl w:val="0"/>
          <w:numId w:val="11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Animals, </w:t>
      </w:r>
      <w:r w:rsidR="0025072A" w:rsidRPr="0025072A">
        <w:rPr>
          <w:sz w:val="20"/>
          <w:szCs w:val="20"/>
        </w:rPr>
        <w:t>Birds,</w:t>
      </w:r>
      <w:r w:rsidRPr="0025072A">
        <w:rPr>
          <w:sz w:val="20"/>
          <w:szCs w:val="20"/>
        </w:rPr>
        <w:t xml:space="preserve"> and Dr. Dolittle (Prose)</w:t>
      </w:r>
    </w:p>
    <w:p w14:paraId="323410F5" w14:textId="2B3B6F10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lastRenderedPageBreak/>
        <w:t>Say the Right Thing (P</w:t>
      </w:r>
      <w:r w:rsidR="00742EC3">
        <w:rPr>
          <w:sz w:val="20"/>
          <w:szCs w:val="20"/>
        </w:rPr>
        <w:t>lay</w:t>
      </w:r>
      <w:r w:rsidRPr="0025072A">
        <w:rPr>
          <w:sz w:val="20"/>
          <w:szCs w:val="20"/>
        </w:rPr>
        <w:t>)</w:t>
      </w:r>
    </w:p>
    <w:p w14:paraId="127B6591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Discoveries- (Integrated with Imagination, Curiosity, Creativity)</w:t>
      </w:r>
    </w:p>
    <w:p w14:paraId="22F427FF" w14:textId="77777777" w:rsidR="007B4EC0" w:rsidRPr="0025072A" w:rsidRDefault="00C20D8A" w:rsidP="0025072A">
      <w:pPr>
        <w:pStyle w:val="BodyLine"/>
        <w:numPr>
          <w:ilvl w:val="0"/>
          <w:numId w:val="12"/>
        </w:numPr>
        <w:rPr>
          <w:sz w:val="20"/>
          <w:szCs w:val="20"/>
        </w:rPr>
      </w:pPr>
      <w:r w:rsidRPr="0025072A">
        <w:rPr>
          <w:sz w:val="20"/>
          <w:szCs w:val="20"/>
        </w:rPr>
        <w:t>My Brother's Great Invention (Prose)</w:t>
      </w:r>
    </w:p>
    <w:p w14:paraId="0BAF1D95" w14:textId="77777777" w:rsidR="007B4EC0" w:rsidRPr="0025072A" w:rsidRDefault="00C20D8A" w:rsidP="0025072A">
      <w:pPr>
        <w:pStyle w:val="BodyLine"/>
        <w:numPr>
          <w:ilvl w:val="0"/>
          <w:numId w:val="12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Paper Boats (Poem)</w:t>
      </w:r>
    </w:p>
    <w:p w14:paraId="580E9C98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Dramatization of the story of My Brother's Great Invention</w:t>
      </w:r>
    </w:p>
    <w:p w14:paraId="439A474A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Speaking Skill and Listening Skill</w:t>
      </w:r>
    </w:p>
    <w:p w14:paraId="10ADB415" w14:textId="6E689D56" w:rsidR="007B4EC0" w:rsidRPr="0025072A" w:rsidRDefault="003878DC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Sport</w:t>
      </w:r>
      <w:r w:rsidR="00C20D8A" w:rsidRPr="0025072A">
        <w:rPr>
          <w:b/>
          <w:sz w:val="20"/>
          <w:szCs w:val="20"/>
        </w:rPr>
        <w:t xml:space="preserve"> Integrated Project</w:t>
      </w:r>
      <w:r>
        <w:rPr>
          <w:b/>
          <w:sz w:val="20"/>
          <w:szCs w:val="20"/>
        </w:rPr>
        <w:t xml:space="preserve">: </w:t>
      </w:r>
      <w:r w:rsidR="00167D0C" w:rsidRPr="00372B18">
        <w:rPr>
          <w:bCs/>
          <w:sz w:val="20"/>
          <w:szCs w:val="20"/>
        </w:rPr>
        <w:t xml:space="preserve">Invent Your Own </w:t>
      </w:r>
      <w:r w:rsidR="00521C85" w:rsidRPr="00372B18">
        <w:rPr>
          <w:bCs/>
          <w:sz w:val="20"/>
          <w:szCs w:val="20"/>
        </w:rPr>
        <w:t>Outdoor</w:t>
      </w:r>
      <w:r w:rsidR="00167D0C" w:rsidRPr="00372B18">
        <w:rPr>
          <w:bCs/>
          <w:sz w:val="20"/>
          <w:szCs w:val="20"/>
        </w:rPr>
        <w:t xml:space="preserve"> Game</w:t>
      </w:r>
    </w:p>
    <w:p w14:paraId="72E2471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POST-MID TERM</w:t>
      </w:r>
    </w:p>
    <w:p w14:paraId="6DCD5547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794D799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2C3F100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0A573CA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4FBEB785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Notice Writing</w:t>
      </w:r>
    </w:p>
    <w:p w14:paraId="629355E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52C6DF" w14:textId="43385ECB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MID+ Transformation of Sentence</w:t>
      </w:r>
      <w:r w:rsidR="001D4777">
        <w:rPr>
          <w:sz w:val="20"/>
          <w:szCs w:val="20"/>
        </w:rPr>
        <w:t>s</w:t>
      </w:r>
      <w:r w:rsidRPr="0025072A">
        <w:rPr>
          <w:sz w:val="20"/>
          <w:szCs w:val="20"/>
        </w:rPr>
        <w:t xml:space="preserve"> (Functional &amp; Structural)</w:t>
      </w:r>
    </w:p>
    <w:p w14:paraId="07A437F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</w:t>
      </w:r>
    </w:p>
    <w:p w14:paraId="42031E13" w14:textId="02602E83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UNIT4: Travel and Adventure</w:t>
      </w:r>
      <w:r w:rsidR="00C65335">
        <w:rPr>
          <w:sz w:val="20"/>
          <w:szCs w:val="20"/>
        </w:rPr>
        <w:t xml:space="preserve"> </w:t>
      </w:r>
      <w:r w:rsidR="00C65335" w:rsidRPr="00C65335">
        <w:rPr>
          <w:sz w:val="20"/>
          <w:szCs w:val="20"/>
        </w:rPr>
        <w:t>(Integrated with</w:t>
      </w:r>
      <w:r w:rsidR="003B51AC" w:rsidRPr="003B51AC">
        <w:rPr>
          <w:sz w:val="20"/>
          <w:szCs w:val="20"/>
        </w:rPr>
        <w:t xml:space="preserve"> the joy of discovery through exploration</w:t>
      </w:r>
      <w:r w:rsidR="00D8789A">
        <w:rPr>
          <w:sz w:val="20"/>
          <w:szCs w:val="20"/>
        </w:rPr>
        <w:t xml:space="preserve"> and courage)</w:t>
      </w:r>
    </w:p>
    <w:p w14:paraId="0CA58C9B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The Tunnel (Prose)</w:t>
      </w:r>
    </w:p>
    <w:p w14:paraId="460FD7A5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Travel (Poem)</w:t>
      </w:r>
    </w:p>
    <w:p w14:paraId="68D0BDC4" w14:textId="77777777" w:rsidR="007B4EC0" w:rsidRPr="0025072A" w:rsidRDefault="00C20D8A" w:rsidP="0025072A">
      <w:pPr>
        <w:pStyle w:val="BodyLine"/>
        <w:numPr>
          <w:ilvl w:val="0"/>
          <w:numId w:val="13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Conquering the Summit (Prose/Non-fiction)</w:t>
      </w:r>
    </w:p>
    <w:p w14:paraId="2B0CE677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Treasure Hunt</w:t>
      </w:r>
    </w:p>
    <w:p w14:paraId="6D438E0F" w14:textId="1517374F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Creative Writing (Composing a Poem)</w:t>
      </w:r>
    </w:p>
    <w:p w14:paraId="53ADB9C7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FINALTERM</w:t>
      </w:r>
    </w:p>
    <w:p w14:paraId="4ABCE98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4C57988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5783BE53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742947F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6EBB02C8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Post-mid+ Diary Entry, Post Card Writing</w:t>
      </w:r>
    </w:p>
    <w:p w14:paraId="17669F1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D24E42" w14:textId="6C0B48AC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 +POST-MID+ Narration,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Transitive and Intransitive Verbs,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Voice Change</w:t>
      </w:r>
    </w:p>
    <w:p w14:paraId="24110F1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3D7CF2BF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Collocations, Word Hunt</w:t>
      </w:r>
    </w:p>
    <w:p w14:paraId="7D7959DB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37929E9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UNIT5: Bravehearts – (Tribute to Heroes)</w:t>
      </w:r>
    </w:p>
    <w:p w14:paraId="4A499328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A Homage to Our Brave Soldiers (Prose)</w:t>
      </w:r>
    </w:p>
    <w:p w14:paraId="039F3243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My Dear Soldiers (Poem)</w:t>
      </w:r>
    </w:p>
    <w:p w14:paraId="0D57E7D2" w14:textId="77777777" w:rsidR="007B4EC0" w:rsidRPr="0025072A" w:rsidRDefault="00C20D8A" w:rsidP="0025072A">
      <w:pPr>
        <w:pStyle w:val="BodyLine"/>
        <w:numPr>
          <w:ilvl w:val="0"/>
          <w:numId w:val="14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Rani Abbakka (Prose)</w:t>
      </w:r>
    </w:p>
    <w:p w14:paraId="00650E9A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 (Integrated with Imagination, Curiosity, Creativity)</w:t>
      </w:r>
    </w:p>
    <w:p w14:paraId="3FEDDCF9" w14:textId="7B648938" w:rsidR="007B4EC0" w:rsidRPr="0025072A" w:rsidRDefault="00C20D8A" w:rsidP="0025072A">
      <w:pPr>
        <w:pStyle w:val="BodyLine"/>
        <w:numPr>
          <w:ilvl w:val="0"/>
          <w:numId w:val="15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North, South, East, West </w:t>
      </w:r>
      <w:r w:rsidR="00A67C51" w:rsidRPr="0025072A">
        <w:rPr>
          <w:sz w:val="20"/>
          <w:szCs w:val="20"/>
        </w:rPr>
        <w:t>(Postcard</w:t>
      </w:r>
      <w:r w:rsidRPr="0025072A">
        <w:rPr>
          <w:sz w:val="20"/>
          <w:szCs w:val="20"/>
        </w:rPr>
        <w:t xml:space="preserve"> Narrative)</w:t>
      </w:r>
    </w:p>
    <w:p w14:paraId="23430AB0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Picture Sequence based on Individual Goal Setting</w:t>
      </w:r>
    </w:p>
    <w:p w14:paraId="5DFDB5B6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Integration of Empathy, Courage and Determination for personal growth</w:t>
      </w:r>
    </w:p>
    <w:p w14:paraId="6930F4A9" w14:textId="4D6A611C" w:rsidR="007B4EC0" w:rsidRPr="0025072A" w:rsidRDefault="0079161F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Art</w:t>
      </w:r>
      <w:r w:rsidR="00C20D8A" w:rsidRPr="0025072A">
        <w:rPr>
          <w:b/>
          <w:sz w:val="20"/>
          <w:szCs w:val="20"/>
        </w:rPr>
        <w:t xml:space="preserve"> integrated Project: </w:t>
      </w:r>
      <w:r w:rsidR="00C20D8A" w:rsidRPr="0025072A">
        <w:rPr>
          <w:sz w:val="20"/>
          <w:szCs w:val="20"/>
        </w:rPr>
        <w:t>Comic Strip Designing</w:t>
      </w:r>
    </w:p>
    <w:sectPr w:rsidR="007B4EC0" w:rsidRPr="0025072A" w:rsidSect="00034616">
      <w:footerReference w:type="default" r:id="rId9"/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5DAB" w14:textId="77777777" w:rsidR="00E625DA" w:rsidRDefault="00E625DA">
      <w:pPr>
        <w:spacing w:after="0" w:line="240" w:lineRule="auto"/>
      </w:pPr>
      <w:r>
        <w:separator/>
      </w:r>
    </w:p>
  </w:endnote>
  <w:endnote w:type="continuationSeparator" w:id="0">
    <w:p w14:paraId="56883A2A" w14:textId="77777777" w:rsidR="00E625DA" w:rsidRDefault="00E6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4F18" w14:textId="77777777" w:rsidR="007B4EC0" w:rsidRDefault="00C20D8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D0E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470A" w14:textId="77777777" w:rsidR="00E625DA" w:rsidRDefault="00E625DA">
      <w:pPr>
        <w:spacing w:after="0" w:line="240" w:lineRule="auto"/>
      </w:pPr>
      <w:r>
        <w:separator/>
      </w:r>
    </w:p>
  </w:footnote>
  <w:footnote w:type="continuationSeparator" w:id="0">
    <w:p w14:paraId="2ED806A7" w14:textId="77777777" w:rsidR="00E625DA" w:rsidRDefault="00E62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B227D"/>
    <w:multiLevelType w:val="hybridMultilevel"/>
    <w:tmpl w:val="87F4396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0" w15:restartNumberingAfterBreak="0">
    <w:nsid w:val="04C82EC4"/>
    <w:multiLevelType w:val="hybridMultilevel"/>
    <w:tmpl w:val="BEC40F8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1" w15:restartNumberingAfterBreak="0">
    <w:nsid w:val="06144FCF"/>
    <w:multiLevelType w:val="hybridMultilevel"/>
    <w:tmpl w:val="DF287B1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2" w15:restartNumberingAfterBreak="0">
    <w:nsid w:val="104557E3"/>
    <w:multiLevelType w:val="hybridMultilevel"/>
    <w:tmpl w:val="696481A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1C5176E7"/>
    <w:multiLevelType w:val="hybridMultilevel"/>
    <w:tmpl w:val="BF06C8C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4" w15:restartNumberingAfterBreak="0">
    <w:nsid w:val="1F081D19"/>
    <w:multiLevelType w:val="hybridMultilevel"/>
    <w:tmpl w:val="0EFE9C4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5" w15:restartNumberingAfterBreak="0">
    <w:nsid w:val="22F36F7C"/>
    <w:multiLevelType w:val="hybridMultilevel"/>
    <w:tmpl w:val="8F24FB8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6" w15:restartNumberingAfterBreak="0">
    <w:nsid w:val="373C32D9"/>
    <w:multiLevelType w:val="hybridMultilevel"/>
    <w:tmpl w:val="9760DF5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7" w15:restartNumberingAfterBreak="0">
    <w:nsid w:val="51D94561"/>
    <w:multiLevelType w:val="hybridMultilevel"/>
    <w:tmpl w:val="C848E65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8" w15:restartNumberingAfterBreak="0">
    <w:nsid w:val="51FE3A7B"/>
    <w:multiLevelType w:val="hybridMultilevel"/>
    <w:tmpl w:val="83B0607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9" w15:restartNumberingAfterBreak="0">
    <w:nsid w:val="63BE39CB"/>
    <w:multiLevelType w:val="hybridMultilevel"/>
    <w:tmpl w:val="DCFC6FF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0" w15:restartNumberingAfterBreak="0">
    <w:nsid w:val="650077A0"/>
    <w:multiLevelType w:val="hybridMultilevel"/>
    <w:tmpl w:val="2720815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1" w15:restartNumberingAfterBreak="0">
    <w:nsid w:val="6DD01F25"/>
    <w:multiLevelType w:val="hybridMultilevel"/>
    <w:tmpl w:val="BC0A4FC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2" w15:restartNumberingAfterBreak="0">
    <w:nsid w:val="6F6A0186"/>
    <w:multiLevelType w:val="hybridMultilevel"/>
    <w:tmpl w:val="4FB2D28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3" w15:restartNumberingAfterBreak="0">
    <w:nsid w:val="75B31B89"/>
    <w:multiLevelType w:val="hybridMultilevel"/>
    <w:tmpl w:val="66BCBB1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77DD384E"/>
    <w:multiLevelType w:val="hybridMultilevel"/>
    <w:tmpl w:val="AFD0328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num w:numId="1" w16cid:durableId="1609698167">
    <w:abstractNumId w:val="8"/>
  </w:num>
  <w:num w:numId="2" w16cid:durableId="17972666">
    <w:abstractNumId w:val="6"/>
  </w:num>
  <w:num w:numId="3" w16cid:durableId="2000576086">
    <w:abstractNumId w:val="5"/>
  </w:num>
  <w:num w:numId="4" w16cid:durableId="1999307732">
    <w:abstractNumId w:val="4"/>
  </w:num>
  <w:num w:numId="5" w16cid:durableId="1014572941">
    <w:abstractNumId w:val="7"/>
  </w:num>
  <w:num w:numId="6" w16cid:durableId="212231405">
    <w:abstractNumId w:val="3"/>
  </w:num>
  <w:num w:numId="7" w16cid:durableId="1674719359">
    <w:abstractNumId w:val="2"/>
  </w:num>
  <w:num w:numId="8" w16cid:durableId="1934897049">
    <w:abstractNumId w:val="1"/>
  </w:num>
  <w:num w:numId="9" w16cid:durableId="1504929302">
    <w:abstractNumId w:val="0"/>
  </w:num>
  <w:num w:numId="10" w16cid:durableId="627006215">
    <w:abstractNumId w:val="22"/>
  </w:num>
  <w:num w:numId="11" w16cid:durableId="1065302827">
    <w:abstractNumId w:val="15"/>
  </w:num>
  <w:num w:numId="12" w16cid:durableId="576745755">
    <w:abstractNumId w:val="20"/>
  </w:num>
  <w:num w:numId="13" w16cid:durableId="1837384207">
    <w:abstractNumId w:val="24"/>
  </w:num>
  <w:num w:numId="14" w16cid:durableId="1105422905">
    <w:abstractNumId w:val="17"/>
  </w:num>
  <w:num w:numId="15" w16cid:durableId="1254704114">
    <w:abstractNumId w:val="19"/>
  </w:num>
  <w:num w:numId="16" w16cid:durableId="693001388">
    <w:abstractNumId w:val="10"/>
  </w:num>
  <w:num w:numId="17" w16cid:durableId="2018772170">
    <w:abstractNumId w:val="21"/>
  </w:num>
  <w:num w:numId="18" w16cid:durableId="240070090">
    <w:abstractNumId w:val="18"/>
  </w:num>
  <w:num w:numId="19" w16cid:durableId="318584227">
    <w:abstractNumId w:val="23"/>
  </w:num>
  <w:num w:numId="20" w16cid:durableId="2097510985">
    <w:abstractNumId w:val="13"/>
  </w:num>
  <w:num w:numId="21" w16cid:durableId="1581790695">
    <w:abstractNumId w:val="14"/>
  </w:num>
  <w:num w:numId="22" w16cid:durableId="1122000809">
    <w:abstractNumId w:val="12"/>
  </w:num>
  <w:num w:numId="23" w16cid:durableId="1696731653">
    <w:abstractNumId w:val="11"/>
  </w:num>
  <w:num w:numId="24" w16cid:durableId="1445148890">
    <w:abstractNumId w:val="16"/>
  </w:num>
  <w:num w:numId="25" w16cid:durableId="1182083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D0C"/>
    <w:rsid w:val="001B2FF4"/>
    <w:rsid w:val="001D4777"/>
    <w:rsid w:val="0025072A"/>
    <w:rsid w:val="0029639D"/>
    <w:rsid w:val="002E7B26"/>
    <w:rsid w:val="00326F90"/>
    <w:rsid w:val="0033253C"/>
    <w:rsid w:val="003646C3"/>
    <w:rsid w:val="00372B18"/>
    <w:rsid w:val="003878DC"/>
    <w:rsid w:val="00395A84"/>
    <w:rsid w:val="003B51AC"/>
    <w:rsid w:val="00440112"/>
    <w:rsid w:val="0049533F"/>
    <w:rsid w:val="004D0ECD"/>
    <w:rsid w:val="004F5EEB"/>
    <w:rsid w:val="00521C85"/>
    <w:rsid w:val="00560FC2"/>
    <w:rsid w:val="0057315A"/>
    <w:rsid w:val="0059469F"/>
    <w:rsid w:val="005A1D2E"/>
    <w:rsid w:val="0061225E"/>
    <w:rsid w:val="006A7BAB"/>
    <w:rsid w:val="00742EC3"/>
    <w:rsid w:val="007745E7"/>
    <w:rsid w:val="00780B74"/>
    <w:rsid w:val="0079161F"/>
    <w:rsid w:val="007B4EC0"/>
    <w:rsid w:val="009D1A5F"/>
    <w:rsid w:val="00A001B5"/>
    <w:rsid w:val="00A12890"/>
    <w:rsid w:val="00A3695A"/>
    <w:rsid w:val="00A66CA8"/>
    <w:rsid w:val="00A67C51"/>
    <w:rsid w:val="00AA1D8D"/>
    <w:rsid w:val="00B47730"/>
    <w:rsid w:val="00BC6FC7"/>
    <w:rsid w:val="00C20D8A"/>
    <w:rsid w:val="00C65335"/>
    <w:rsid w:val="00CB0664"/>
    <w:rsid w:val="00CE1AF3"/>
    <w:rsid w:val="00D8789A"/>
    <w:rsid w:val="00D96A14"/>
    <w:rsid w:val="00E309DC"/>
    <w:rsid w:val="00E625DA"/>
    <w:rsid w:val="00E92261"/>
    <w:rsid w:val="00EE2824"/>
    <w:rsid w:val="00F25630"/>
    <w:rsid w:val="00F548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65F56"/>
  <w14:defaultImageDpi w14:val="300"/>
  <w15:docId w15:val="{8D11A39C-AD80-446F-9C9A-92C7CF52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hoolTitle">
    <w:name w:val="SchoolTitle"/>
    <w:basedOn w:val="Normal"/>
    <w:pPr>
      <w:spacing w:after="40"/>
    </w:pPr>
    <w:rPr>
      <w:b/>
      <w:color w:val="1F3A5F"/>
      <w:sz w:val="32"/>
    </w:rPr>
  </w:style>
  <w:style w:type="paragraph" w:customStyle="1" w:styleId="DocTitle">
    <w:name w:val="DocTitle"/>
    <w:basedOn w:val="Normal"/>
    <w:pPr>
      <w:spacing w:after="80"/>
    </w:pPr>
    <w:rPr>
      <w:b/>
      <w:color w:val="1F1F1F"/>
      <w:sz w:val="27"/>
    </w:rPr>
  </w:style>
  <w:style w:type="paragraph" w:customStyle="1" w:styleId="TermBand">
    <w:name w:val="TermBand"/>
    <w:basedOn w:val="Normal"/>
    <w:pPr>
      <w:spacing w:before="160" w:after="120"/>
    </w:pPr>
    <w:rPr>
      <w:b/>
      <w:color w:val="FFFFFF"/>
      <w:sz w:val="24"/>
    </w:rPr>
  </w:style>
  <w:style w:type="paragraph" w:customStyle="1" w:styleId="SectionHead">
    <w:name w:val="SectionHead"/>
    <w:basedOn w:val="Normal"/>
    <w:pPr>
      <w:spacing w:before="80" w:after="40"/>
    </w:pPr>
    <w:rPr>
      <w:b/>
      <w:color w:val="1F3A5F"/>
    </w:rPr>
  </w:style>
  <w:style w:type="paragraph" w:customStyle="1" w:styleId="UnitHead">
    <w:name w:val="UnitHead"/>
    <w:basedOn w:val="Normal"/>
    <w:pPr>
      <w:spacing w:before="80" w:after="20"/>
    </w:pPr>
    <w:rPr>
      <w:b/>
      <w:color w:val="4F4F4F"/>
    </w:rPr>
  </w:style>
  <w:style w:type="paragraph" w:customStyle="1" w:styleId="MetaLine">
    <w:name w:val="MetaLine"/>
    <w:basedOn w:val="Normal"/>
    <w:pPr>
      <w:spacing w:before="40" w:after="80"/>
    </w:pPr>
    <w:rPr>
      <w:color w:val="444444"/>
    </w:rPr>
  </w:style>
  <w:style w:type="paragraph" w:customStyle="1" w:styleId="BodyLine">
    <w:name w:val="BodyLine"/>
    <w:basedOn w:val="Normal"/>
    <w:pPr>
      <w:spacing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Arindam Dey</cp:lastModifiedBy>
  <cp:revision>2</cp:revision>
  <dcterms:created xsi:type="dcterms:W3CDTF">2026-03-13T02:30:00Z</dcterms:created>
  <dcterms:modified xsi:type="dcterms:W3CDTF">2026-03-13T02:30:00Z</dcterms:modified>
  <cp:category/>
</cp:coreProperties>
</file>