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DE74" w14:textId="552CE14A" w:rsidR="004D0ECD" w:rsidRDefault="004D0ECD" w:rsidP="004D0ECD">
      <w:pPr>
        <w:pStyle w:val="SchoolTitle"/>
        <w:pBdr>
          <w:bottom w:val="single" w:sz="8" w:space="1" w:color="D9E2F3"/>
        </w:pBdr>
        <w:jc w:val="center"/>
      </w:pPr>
      <w:r>
        <w:rPr>
          <w:rFonts w:ascii="Arial"/>
          <w:b w:val="0"/>
          <w:noProof/>
          <w:spacing w:val="-2"/>
          <w:sz w:val="28"/>
          <w:szCs w:val="28"/>
        </w:rPr>
        <w:drawing>
          <wp:inline distT="0" distB="0" distL="0" distR="0" wp14:anchorId="6D2655B5" wp14:editId="0E5FB241">
            <wp:extent cx="984822" cy="939800"/>
            <wp:effectExtent l="0" t="0" r="0" b="0"/>
            <wp:docPr id="210679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276" cy="1005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048F" w14:textId="66DF9A28" w:rsidR="007B4EC0" w:rsidRPr="0025072A" w:rsidRDefault="000B2DAE" w:rsidP="0025072A">
      <w:pPr>
        <w:pStyle w:val="SchoolTitle"/>
        <w:pBdr>
          <w:bottom w:val="single" w:sz="8" w:space="1" w:color="D9E2F3"/>
        </w:pBdr>
        <w:spacing w:line="240" w:lineRule="auto"/>
        <w:jc w:val="center"/>
        <w:rPr>
          <w:sz w:val="22"/>
        </w:rPr>
      </w:pPr>
      <w:r w:rsidRPr="0025072A">
        <w:rPr>
          <w:sz w:val="22"/>
        </w:rPr>
        <w:t>SATISH CHANDRA MEMORIAL SCHOOL</w:t>
      </w:r>
    </w:p>
    <w:p w14:paraId="60AB9BA4" w14:textId="72A09812" w:rsidR="007B4EC0" w:rsidRPr="0025072A" w:rsidRDefault="000B2DAE" w:rsidP="0025072A">
      <w:pPr>
        <w:pStyle w:val="DocTitle"/>
        <w:spacing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SYLLABUS OF CLASS VI</w:t>
      </w:r>
    </w:p>
    <w:p w14:paraId="327EDD89" w14:textId="77777777" w:rsidR="007B4EC0" w:rsidRPr="0025072A" w:rsidRDefault="000B2DAE" w:rsidP="0025072A">
      <w:pPr>
        <w:pStyle w:val="DocTitle"/>
        <w:spacing w:after="160"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ENGLISH (2026-27)</w:t>
      </w:r>
    </w:p>
    <w:p w14:paraId="4805AD61" w14:textId="77777777" w:rsidR="007B4EC0" w:rsidRPr="00B85E15" w:rsidRDefault="000B2DAE" w:rsidP="00B85E15">
      <w:pPr>
        <w:pStyle w:val="TermBand"/>
        <w:keepNext/>
        <w:shd w:val="clear" w:color="auto" w:fill="1F4E78"/>
        <w:rPr>
          <w:rFonts w:asciiTheme="minorHAnsi" w:hAnsiTheme="minorHAnsi"/>
        </w:rPr>
      </w:pPr>
      <w:r w:rsidRPr="00B85E15">
        <w:rPr>
          <w:rFonts w:asciiTheme="minorHAnsi" w:hAnsiTheme="minorHAnsi"/>
        </w:rPr>
        <w:t xml:space="preserve">  PRE-MID TERM</w:t>
      </w:r>
    </w:p>
    <w:p w14:paraId="1CD94F90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READING</w:t>
      </w:r>
    </w:p>
    <w:p w14:paraId="57CDFB50" w14:textId="77777777" w:rsidR="007B4EC0" w:rsidRPr="00B85E15" w:rsidRDefault="000B2DAE" w:rsidP="00FB1269">
      <w:pPr>
        <w:pStyle w:val="BodyLine"/>
        <w:numPr>
          <w:ilvl w:val="0"/>
          <w:numId w:val="3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Unseen Comprehension Passage.</w:t>
      </w:r>
    </w:p>
    <w:p w14:paraId="142F0827" w14:textId="77777777" w:rsidR="007B4EC0" w:rsidRPr="00B85E15" w:rsidRDefault="000B2DAE" w:rsidP="00FB1269">
      <w:pPr>
        <w:pStyle w:val="BodyLine"/>
        <w:numPr>
          <w:ilvl w:val="0"/>
          <w:numId w:val="32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Case based Comprehension.</w:t>
      </w:r>
    </w:p>
    <w:p w14:paraId="6B587CB5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WRITING</w:t>
      </w:r>
    </w:p>
    <w:p w14:paraId="2F1C0DF4" w14:textId="32FE2E3F" w:rsidR="00FB1269" w:rsidRDefault="00292427" w:rsidP="00FB1269">
      <w:pPr>
        <w:pStyle w:val="BodyLine"/>
        <w:numPr>
          <w:ilvl w:val="0"/>
          <w:numId w:val="34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Picture Composition</w:t>
      </w:r>
    </w:p>
    <w:p w14:paraId="329FAEB5" w14:textId="5C40EE38" w:rsidR="00FB1269" w:rsidRDefault="00292427" w:rsidP="00FB1269">
      <w:pPr>
        <w:pStyle w:val="BodyLine"/>
        <w:numPr>
          <w:ilvl w:val="0"/>
          <w:numId w:val="34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 Informal Letter </w:t>
      </w:r>
    </w:p>
    <w:p w14:paraId="3CB522F7" w14:textId="62500369" w:rsidR="007B4EC0" w:rsidRPr="00B85E15" w:rsidRDefault="00292427" w:rsidP="00FB1269">
      <w:pPr>
        <w:pStyle w:val="BodyLine"/>
        <w:numPr>
          <w:ilvl w:val="0"/>
          <w:numId w:val="34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Message Writing.</w:t>
      </w:r>
    </w:p>
    <w:p w14:paraId="0C0B3746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GRAMMAR</w:t>
      </w:r>
    </w:p>
    <w:p w14:paraId="27B1AFC4" w14:textId="50B96FFC" w:rsidR="000F7DC7" w:rsidRDefault="00292427" w:rsidP="00FB1269">
      <w:pPr>
        <w:pStyle w:val="BodyLine"/>
        <w:numPr>
          <w:ilvl w:val="0"/>
          <w:numId w:val="3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Tenses</w:t>
      </w:r>
      <w:r w:rsidR="00FB1269">
        <w:rPr>
          <w:rFonts w:asciiTheme="minorHAnsi" w:hAnsiTheme="minorHAnsi"/>
          <w:sz w:val="20"/>
          <w:szCs w:val="20"/>
        </w:rPr>
        <w:t xml:space="preserve"> in detail </w:t>
      </w:r>
    </w:p>
    <w:p w14:paraId="2AD1EFA2" w14:textId="53BA2887" w:rsidR="00292427" w:rsidRPr="00B85E15" w:rsidRDefault="00292427" w:rsidP="005F5A0F">
      <w:pPr>
        <w:pStyle w:val="BodyLine"/>
        <w:numPr>
          <w:ilvl w:val="0"/>
          <w:numId w:val="3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Identification of Types of Sentences (Structural and Functional)</w:t>
      </w:r>
    </w:p>
    <w:p w14:paraId="409BF4C2" w14:textId="627CCD65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LITERATURE</w:t>
      </w:r>
    </w:p>
    <w:p w14:paraId="3A0980BB" w14:textId="12B468D6" w:rsidR="007B4EC0" w:rsidRPr="00B85E15" w:rsidRDefault="000B2DAE" w:rsidP="00B85E15">
      <w:pPr>
        <w:pStyle w:val="UnitHead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UNIT</w:t>
      </w:r>
      <w:r w:rsidR="0069615D" w:rsidRPr="00B85E15">
        <w:rPr>
          <w:rFonts w:asciiTheme="minorHAnsi" w:hAnsiTheme="minorHAnsi"/>
          <w:sz w:val="20"/>
          <w:szCs w:val="20"/>
        </w:rPr>
        <w:t xml:space="preserve"> </w:t>
      </w:r>
      <w:r w:rsidRPr="00B85E15">
        <w:rPr>
          <w:rFonts w:asciiTheme="minorHAnsi" w:hAnsiTheme="minorHAnsi"/>
          <w:sz w:val="20"/>
          <w:szCs w:val="20"/>
        </w:rPr>
        <w:t xml:space="preserve">1: </w:t>
      </w:r>
      <w:r w:rsidR="00292427" w:rsidRPr="00B85E15">
        <w:rPr>
          <w:rFonts w:asciiTheme="minorHAnsi" w:hAnsiTheme="minorHAnsi"/>
          <w:sz w:val="20"/>
          <w:szCs w:val="20"/>
        </w:rPr>
        <w:t>Fables and Folk Tales</w:t>
      </w:r>
    </w:p>
    <w:p w14:paraId="32A5172C" w14:textId="77777777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A Bottle of Dew</w:t>
      </w:r>
    </w:p>
    <w:p w14:paraId="0276D3B9" w14:textId="77777777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Rama to the Rescue</w:t>
      </w:r>
    </w:p>
    <w:p w14:paraId="711E4E0C" w14:textId="7D9D5E41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The Raven and the Fox</w:t>
      </w:r>
    </w:p>
    <w:p w14:paraId="213CE709" w14:textId="15DA05AD" w:rsidR="007B4EC0" w:rsidRPr="00B85E15" w:rsidRDefault="000B2DAE" w:rsidP="00B85E15">
      <w:pPr>
        <w:pStyle w:val="MetaLine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Activity: </w:t>
      </w:r>
    </w:p>
    <w:p w14:paraId="61049D87" w14:textId="77777777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Popcorn Story Telling</w:t>
      </w:r>
    </w:p>
    <w:p w14:paraId="091C345D" w14:textId="77777777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JAM</w:t>
      </w:r>
    </w:p>
    <w:p w14:paraId="1A1191FA" w14:textId="77777777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Role Play</w:t>
      </w:r>
    </w:p>
    <w:p w14:paraId="7295344F" w14:textId="4437534A" w:rsidR="00292427" w:rsidRPr="00B85E15" w:rsidRDefault="00292427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Flash Card</w:t>
      </w:r>
    </w:p>
    <w:p w14:paraId="6E1F7D9B" w14:textId="22A72C3A" w:rsidR="00A67C51" w:rsidRPr="00B85E15" w:rsidRDefault="000B2DAE" w:rsidP="00B85E15">
      <w:pPr>
        <w:pStyle w:val="MetaLine"/>
        <w:ind w:left="259"/>
        <w:rPr>
          <w:rFonts w:asciiTheme="minorHAnsi" w:hAnsiTheme="minorHAnsi"/>
          <w:color w:val="000000"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Focus Point: </w:t>
      </w:r>
      <w:r w:rsidR="00292427" w:rsidRPr="00B85E15">
        <w:rPr>
          <w:rFonts w:asciiTheme="minorHAnsi" w:hAnsiTheme="minorHAnsi"/>
          <w:color w:val="000000"/>
          <w:sz w:val="20"/>
          <w:szCs w:val="20"/>
        </w:rPr>
        <w:t>Enhancement of Reading skill, Listening Skill, Vocabulary.</w:t>
      </w:r>
    </w:p>
    <w:p w14:paraId="239AD208" w14:textId="77777777" w:rsidR="00B85E15" w:rsidRPr="00B85E15" w:rsidRDefault="00292427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Integration with other subjects: </w:t>
      </w:r>
    </w:p>
    <w:p w14:paraId="52AAC3E5" w14:textId="3E3C1FC0" w:rsidR="00B85E15" w:rsidRPr="00B85E15" w:rsidRDefault="00292427" w:rsidP="00B85E15">
      <w:pPr>
        <w:pStyle w:val="MetaLine"/>
        <w:numPr>
          <w:ilvl w:val="0"/>
          <w:numId w:val="28"/>
        </w:numPr>
        <w:rPr>
          <w:rFonts w:asciiTheme="minorHAnsi" w:hAnsiTheme="minorHAnsi"/>
          <w:color w:val="000000"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A Bottle of Dew (Geography, History),</w:t>
      </w:r>
    </w:p>
    <w:p w14:paraId="72468275" w14:textId="77777777" w:rsidR="00B85E15" w:rsidRPr="00B85E15" w:rsidRDefault="00292427" w:rsidP="00B85E15">
      <w:pPr>
        <w:pStyle w:val="MetaLine"/>
        <w:numPr>
          <w:ilvl w:val="0"/>
          <w:numId w:val="28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Rama to the Rescue (Value Education, History)</w:t>
      </w:r>
      <w:r w:rsidRPr="00B85E15">
        <w:rPr>
          <w:rFonts w:asciiTheme="minorHAnsi" w:hAnsiTheme="minorHAnsi"/>
          <w:b/>
          <w:sz w:val="20"/>
          <w:szCs w:val="20"/>
        </w:rPr>
        <w:t xml:space="preserve"> </w:t>
      </w:r>
    </w:p>
    <w:p w14:paraId="1661B6F5" w14:textId="0A9C95F0" w:rsidR="00292427" w:rsidRPr="00B85E15" w:rsidRDefault="00292427" w:rsidP="00B85E15">
      <w:pPr>
        <w:pStyle w:val="MetaLine"/>
        <w:numPr>
          <w:ilvl w:val="0"/>
          <w:numId w:val="28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 xml:space="preserve">The Raven and the Fox (Value Education, Art Education) </w:t>
      </w:r>
    </w:p>
    <w:p w14:paraId="6DF225D9" w14:textId="77777777" w:rsidR="007B4EC0" w:rsidRPr="00B85E15" w:rsidRDefault="000B2DAE" w:rsidP="00B85E15">
      <w:pPr>
        <w:pStyle w:val="TermBand"/>
        <w:keepNext/>
        <w:shd w:val="clear" w:color="auto" w:fill="1F4E78"/>
        <w:rPr>
          <w:rFonts w:asciiTheme="minorHAnsi" w:hAnsiTheme="minorHAnsi"/>
        </w:rPr>
      </w:pPr>
      <w:r w:rsidRPr="00B85E15">
        <w:rPr>
          <w:rFonts w:asciiTheme="minorHAnsi" w:hAnsiTheme="minorHAnsi"/>
        </w:rPr>
        <w:t xml:space="preserve">  MIDTERM</w:t>
      </w:r>
    </w:p>
    <w:p w14:paraId="7DA2EF96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READING</w:t>
      </w:r>
    </w:p>
    <w:p w14:paraId="6ECE5423" w14:textId="4ED437F8" w:rsidR="007B4EC0" w:rsidRPr="00B85E15" w:rsidRDefault="000B2DAE" w:rsidP="009F216D">
      <w:pPr>
        <w:pStyle w:val="BodyLine"/>
        <w:numPr>
          <w:ilvl w:val="0"/>
          <w:numId w:val="36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Unseen </w:t>
      </w:r>
      <w:r w:rsidR="00A67C51" w:rsidRPr="00B85E15">
        <w:rPr>
          <w:rFonts w:asciiTheme="minorHAnsi" w:hAnsiTheme="minorHAnsi"/>
          <w:sz w:val="20"/>
          <w:szCs w:val="20"/>
        </w:rPr>
        <w:t>Comprehension Passage</w:t>
      </w:r>
    </w:p>
    <w:p w14:paraId="7C7EAC49" w14:textId="77777777" w:rsidR="007B4EC0" w:rsidRPr="00B85E15" w:rsidRDefault="000B2DAE" w:rsidP="009F216D">
      <w:pPr>
        <w:pStyle w:val="BodyLine"/>
        <w:numPr>
          <w:ilvl w:val="0"/>
          <w:numId w:val="36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Case based Comprehension</w:t>
      </w:r>
    </w:p>
    <w:p w14:paraId="22A46A2D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WRITING</w:t>
      </w:r>
    </w:p>
    <w:p w14:paraId="755C5A22" w14:textId="77777777" w:rsidR="00E800FE" w:rsidRDefault="000B2DAE" w:rsidP="00B85E15">
      <w:pPr>
        <w:pStyle w:val="BodyLine"/>
        <w:spacing w:after="40"/>
        <w:ind w:left="619"/>
        <w:rPr>
          <w:rFonts w:asciiTheme="minorHAnsi" w:eastAsia="Times New Roman" w:hAnsiTheme="minorHAnsi" w:cs="Times New Roman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PRE-MID +</w:t>
      </w:r>
      <w:r w:rsidR="00C45344" w:rsidRPr="00B85E15">
        <w:rPr>
          <w:rFonts w:asciiTheme="minorHAnsi" w:eastAsia="Times New Roman" w:hAnsiTheme="minorHAnsi" w:cs="Times New Roman"/>
          <w:sz w:val="20"/>
          <w:szCs w:val="20"/>
        </w:rPr>
        <w:t xml:space="preserve"> </w:t>
      </w:r>
    </w:p>
    <w:p w14:paraId="2C33555C" w14:textId="77777777" w:rsidR="00E800FE" w:rsidRDefault="00C45344" w:rsidP="00E800FE">
      <w:pPr>
        <w:pStyle w:val="BodyLine"/>
        <w:numPr>
          <w:ilvl w:val="0"/>
          <w:numId w:val="37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Descriptive Paragraph</w:t>
      </w:r>
    </w:p>
    <w:p w14:paraId="5468EA83" w14:textId="77777777" w:rsidR="00E800FE" w:rsidRDefault="00C45344" w:rsidP="00E800FE">
      <w:pPr>
        <w:pStyle w:val="BodyLine"/>
        <w:numPr>
          <w:ilvl w:val="0"/>
          <w:numId w:val="37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 Complaint Letter</w:t>
      </w:r>
    </w:p>
    <w:p w14:paraId="188A0B5B" w14:textId="57257E3E" w:rsidR="007B4EC0" w:rsidRPr="00B85E15" w:rsidRDefault="00C45344" w:rsidP="00E800FE">
      <w:pPr>
        <w:pStyle w:val="BodyLine"/>
        <w:numPr>
          <w:ilvl w:val="0"/>
          <w:numId w:val="37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Notice Writing</w:t>
      </w:r>
    </w:p>
    <w:p w14:paraId="02E24EB8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GRAMMAR</w:t>
      </w:r>
    </w:p>
    <w:p w14:paraId="79960C9A" w14:textId="77777777" w:rsidR="008E7F6B" w:rsidRDefault="000B2DAE" w:rsidP="00B85E15">
      <w:pPr>
        <w:pStyle w:val="BodyLine"/>
        <w:ind w:left="61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PREMID+ </w:t>
      </w:r>
    </w:p>
    <w:p w14:paraId="2509D0C5" w14:textId="0794313A" w:rsidR="000F7DC7" w:rsidRDefault="00C45344" w:rsidP="008E7F6B">
      <w:pPr>
        <w:pStyle w:val="BodyLine"/>
        <w:numPr>
          <w:ilvl w:val="0"/>
          <w:numId w:val="38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Phrases and </w:t>
      </w:r>
      <w:r w:rsidR="00CA1962">
        <w:rPr>
          <w:rFonts w:asciiTheme="minorHAnsi" w:hAnsiTheme="minorHAnsi"/>
          <w:sz w:val="20"/>
          <w:szCs w:val="20"/>
        </w:rPr>
        <w:t xml:space="preserve">their </w:t>
      </w:r>
      <w:r w:rsidRPr="00B85E15">
        <w:rPr>
          <w:rFonts w:asciiTheme="minorHAnsi" w:hAnsiTheme="minorHAnsi"/>
          <w:sz w:val="20"/>
          <w:szCs w:val="20"/>
        </w:rPr>
        <w:t xml:space="preserve"> types</w:t>
      </w:r>
      <w:r w:rsidR="00CA1962">
        <w:rPr>
          <w:rFonts w:asciiTheme="minorHAnsi" w:hAnsiTheme="minorHAnsi"/>
          <w:sz w:val="20"/>
          <w:szCs w:val="20"/>
        </w:rPr>
        <w:t xml:space="preserve"> and</w:t>
      </w:r>
    </w:p>
    <w:p w14:paraId="42085231" w14:textId="009BC447" w:rsidR="000F7DC7" w:rsidRDefault="00C45344" w:rsidP="00B85E15">
      <w:pPr>
        <w:pStyle w:val="BodyLine"/>
        <w:ind w:left="61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Clauses and </w:t>
      </w:r>
      <w:r w:rsidR="00994D78">
        <w:rPr>
          <w:rFonts w:asciiTheme="minorHAnsi" w:hAnsiTheme="minorHAnsi"/>
          <w:sz w:val="20"/>
          <w:szCs w:val="20"/>
        </w:rPr>
        <w:t xml:space="preserve">their </w:t>
      </w:r>
      <w:r w:rsidRPr="00B85E15">
        <w:rPr>
          <w:rFonts w:asciiTheme="minorHAnsi" w:hAnsiTheme="minorHAnsi"/>
          <w:sz w:val="20"/>
          <w:szCs w:val="20"/>
        </w:rPr>
        <w:t>types</w:t>
      </w:r>
    </w:p>
    <w:p w14:paraId="1D7A213E" w14:textId="77777777" w:rsidR="000F7DC7" w:rsidRDefault="00C45344" w:rsidP="00B85E15">
      <w:pPr>
        <w:pStyle w:val="BodyLine"/>
        <w:ind w:left="61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Difference between Phrase and Clause with examples, </w:t>
      </w:r>
    </w:p>
    <w:p w14:paraId="773683D3" w14:textId="544606A7" w:rsidR="007B4EC0" w:rsidRPr="00B85E15" w:rsidRDefault="00C45344" w:rsidP="00994D78">
      <w:pPr>
        <w:pStyle w:val="BodyLine"/>
        <w:numPr>
          <w:ilvl w:val="0"/>
          <w:numId w:val="38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Voice Change.</w:t>
      </w:r>
    </w:p>
    <w:p w14:paraId="56FCBC51" w14:textId="7D6703BC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LITERATURE</w:t>
      </w:r>
    </w:p>
    <w:p w14:paraId="38D1409D" w14:textId="0497913A" w:rsidR="007B4EC0" w:rsidRPr="00B85E15" w:rsidRDefault="000B2DAE" w:rsidP="00B85E15">
      <w:pPr>
        <w:pStyle w:val="UnitHead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UNIT 2: </w:t>
      </w:r>
      <w:r w:rsidR="00C45344" w:rsidRPr="00B85E15">
        <w:rPr>
          <w:rFonts w:asciiTheme="minorHAnsi" w:hAnsiTheme="minorHAnsi"/>
          <w:sz w:val="20"/>
          <w:szCs w:val="20"/>
        </w:rPr>
        <w:t>Friendship</w:t>
      </w:r>
    </w:p>
    <w:p w14:paraId="09737E63" w14:textId="77777777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The Unlikely Best Friends</w:t>
      </w:r>
    </w:p>
    <w:p w14:paraId="2EC4524A" w14:textId="77777777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The Chair </w:t>
      </w:r>
    </w:p>
    <w:p w14:paraId="2487D141" w14:textId="2B979EAF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A Friend’s Prayer</w:t>
      </w:r>
    </w:p>
    <w:p w14:paraId="127B6591" w14:textId="5ED0B5A2" w:rsidR="007B4EC0" w:rsidRPr="00B85E15" w:rsidRDefault="000B2DAE" w:rsidP="00B85E15">
      <w:pPr>
        <w:pStyle w:val="UnitHead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UNIT 3: </w:t>
      </w:r>
      <w:r w:rsidR="00C45344" w:rsidRPr="00B85E15">
        <w:rPr>
          <w:rFonts w:asciiTheme="minorHAnsi" w:hAnsiTheme="minorHAnsi"/>
          <w:sz w:val="20"/>
          <w:szCs w:val="20"/>
        </w:rPr>
        <w:t>Nurturing Nature</w:t>
      </w:r>
    </w:p>
    <w:p w14:paraId="66358925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proofErr w:type="spellStart"/>
      <w:r w:rsidRPr="00B85E15">
        <w:rPr>
          <w:rFonts w:asciiTheme="minorHAnsi" w:hAnsiTheme="minorHAnsi"/>
          <w:sz w:val="20"/>
          <w:szCs w:val="20"/>
        </w:rPr>
        <w:t>Neem</w:t>
      </w:r>
      <w:proofErr w:type="spellEnd"/>
      <w:r w:rsidRPr="00B85E15">
        <w:rPr>
          <w:rFonts w:asciiTheme="minorHAnsi" w:hAnsiTheme="minorHAnsi"/>
          <w:sz w:val="20"/>
          <w:szCs w:val="20"/>
        </w:rPr>
        <w:t xml:space="preserve"> Baba</w:t>
      </w:r>
    </w:p>
    <w:p w14:paraId="2EDB2EC7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What a Bird Thought</w:t>
      </w:r>
    </w:p>
    <w:p w14:paraId="7E5A387A" w14:textId="2D3BB752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Spices that Heal Us</w:t>
      </w:r>
    </w:p>
    <w:p w14:paraId="580E9C98" w14:textId="2175DC30" w:rsidR="007B4EC0" w:rsidRPr="00B85E15" w:rsidRDefault="000B2DAE" w:rsidP="00B85E15">
      <w:pPr>
        <w:pStyle w:val="MetaLine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Activity: </w:t>
      </w:r>
    </w:p>
    <w:p w14:paraId="33E822B5" w14:textId="77777777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Extempore Calligraphy Symon Says</w:t>
      </w:r>
    </w:p>
    <w:p w14:paraId="6B885A42" w14:textId="77777777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Debate</w:t>
      </w:r>
    </w:p>
    <w:p w14:paraId="68FB9461" w14:textId="77777777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Walk and Talk Discussion</w:t>
      </w:r>
    </w:p>
    <w:p w14:paraId="579854BB" w14:textId="16783790" w:rsidR="00C45344" w:rsidRPr="00B85E15" w:rsidRDefault="00C45344" w:rsidP="00B85E15">
      <w:pPr>
        <w:pStyle w:val="BodyLine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Kinesthetic Grammar Activities like audio-visual clips.</w:t>
      </w:r>
    </w:p>
    <w:p w14:paraId="14111A05" w14:textId="77777777" w:rsidR="00C45344" w:rsidRPr="00B85E15" w:rsidRDefault="000B2DAE" w:rsidP="00B85E15">
      <w:pPr>
        <w:pStyle w:val="MetaLine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Focus Point: </w:t>
      </w:r>
      <w:r w:rsidR="00C45344" w:rsidRPr="00B85E15">
        <w:rPr>
          <w:rFonts w:asciiTheme="minorHAnsi" w:hAnsiTheme="minorHAnsi"/>
          <w:sz w:val="20"/>
          <w:szCs w:val="20"/>
        </w:rPr>
        <w:t xml:space="preserve">Enhancement of Listening Skill, Speaking Skill, Writing Skill and Vocabulary, DSL </w:t>
      </w:r>
    </w:p>
    <w:p w14:paraId="10ADB415" w14:textId="14707753" w:rsidR="007B4EC0" w:rsidRPr="00B85E15" w:rsidRDefault="000B2DAE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>Art Integrated Project I</w:t>
      </w:r>
    </w:p>
    <w:p w14:paraId="4C339F6F" w14:textId="77777777" w:rsidR="00B85E15" w:rsidRPr="00B85E15" w:rsidRDefault="00C45344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Integration with other subjects: </w:t>
      </w:r>
    </w:p>
    <w:p w14:paraId="67FF15B6" w14:textId="50E4F4B4" w:rsidR="00B85E15" w:rsidRPr="00B85E15" w:rsidRDefault="00C45344" w:rsidP="00B85E15">
      <w:pPr>
        <w:pStyle w:val="MetaLine"/>
        <w:numPr>
          <w:ilvl w:val="0"/>
          <w:numId w:val="29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The Unlikely Best Friends (History, Value Education)</w:t>
      </w:r>
    </w:p>
    <w:p w14:paraId="150CE750" w14:textId="7A8C74FB" w:rsidR="00B85E15" w:rsidRPr="00B85E15" w:rsidRDefault="00C45344" w:rsidP="00B85E15">
      <w:pPr>
        <w:pStyle w:val="MetaLine"/>
        <w:numPr>
          <w:ilvl w:val="0"/>
          <w:numId w:val="29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The Chair (Geography, Value Education)</w:t>
      </w:r>
    </w:p>
    <w:p w14:paraId="05783CB4" w14:textId="71E9507A" w:rsidR="00B85E15" w:rsidRPr="00B85E15" w:rsidRDefault="00C45344" w:rsidP="00B85E15">
      <w:pPr>
        <w:pStyle w:val="MetaLine"/>
        <w:numPr>
          <w:ilvl w:val="0"/>
          <w:numId w:val="29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A Friend’s Prayer (Value Education)</w:t>
      </w:r>
    </w:p>
    <w:p w14:paraId="2F87F1AF" w14:textId="770405BD" w:rsidR="00B85E15" w:rsidRPr="00B85E15" w:rsidRDefault="00C45344" w:rsidP="00B85E15">
      <w:pPr>
        <w:pStyle w:val="MetaLine"/>
        <w:numPr>
          <w:ilvl w:val="0"/>
          <w:numId w:val="29"/>
        </w:numPr>
        <w:rPr>
          <w:rFonts w:asciiTheme="minorHAnsi" w:hAnsiTheme="minorHAnsi"/>
          <w:b/>
          <w:sz w:val="20"/>
          <w:szCs w:val="20"/>
        </w:rPr>
      </w:pPr>
      <w:proofErr w:type="spellStart"/>
      <w:r w:rsidRPr="00B85E15">
        <w:rPr>
          <w:rFonts w:asciiTheme="minorHAnsi" w:hAnsiTheme="minorHAnsi"/>
          <w:color w:val="000000"/>
          <w:sz w:val="20"/>
          <w:szCs w:val="20"/>
        </w:rPr>
        <w:t>Neem</w:t>
      </w:r>
      <w:proofErr w:type="spellEnd"/>
      <w:r w:rsidRPr="00B85E15">
        <w:rPr>
          <w:rFonts w:asciiTheme="minorHAnsi" w:hAnsiTheme="minorHAnsi"/>
          <w:color w:val="000000"/>
          <w:sz w:val="20"/>
          <w:szCs w:val="20"/>
        </w:rPr>
        <w:t xml:space="preserve"> Baba (Science, Geography)</w:t>
      </w:r>
    </w:p>
    <w:p w14:paraId="4187E2AA" w14:textId="3F35D29E" w:rsidR="00B85E15" w:rsidRPr="00B85E15" w:rsidRDefault="00C45344" w:rsidP="00B85E15">
      <w:pPr>
        <w:pStyle w:val="MetaLine"/>
        <w:numPr>
          <w:ilvl w:val="0"/>
          <w:numId w:val="29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What a Bird Thought (Science, Value Education)</w:t>
      </w:r>
    </w:p>
    <w:p w14:paraId="2B1AC6B1" w14:textId="0D4F9806" w:rsidR="00C45344" w:rsidRPr="00B85E15" w:rsidRDefault="00C45344" w:rsidP="00B85E15">
      <w:pPr>
        <w:pStyle w:val="MetaLine"/>
        <w:numPr>
          <w:ilvl w:val="0"/>
          <w:numId w:val="29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color w:val="000000"/>
          <w:sz w:val="20"/>
          <w:szCs w:val="20"/>
        </w:rPr>
        <w:t>Spices that Heal Us (Science, History, Geography)</w:t>
      </w:r>
    </w:p>
    <w:p w14:paraId="72E24711" w14:textId="77777777" w:rsidR="007B4EC0" w:rsidRPr="00B85E15" w:rsidRDefault="000B2DAE" w:rsidP="00B85E15">
      <w:pPr>
        <w:pStyle w:val="TermBand"/>
        <w:keepNext/>
        <w:shd w:val="clear" w:color="auto" w:fill="1F4E78"/>
        <w:rPr>
          <w:rFonts w:asciiTheme="minorHAnsi" w:hAnsiTheme="minorHAnsi"/>
        </w:rPr>
      </w:pPr>
      <w:r w:rsidRPr="00B85E15">
        <w:rPr>
          <w:rFonts w:asciiTheme="minorHAnsi" w:hAnsiTheme="minorHAnsi"/>
        </w:rPr>
        <w:t xml:space="preserve">  POST-MID TERM</w:t>
      </w:r>
    </w:p>
    <w:p w14:paraId="6DCD5547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READING</w:t>
      </w:r>
    </w:p>
    <w:p w14:paraId="794D799A" w14:textId="77777777" w:rsidR="007B4EC0" w:rsidRPr="00B85E15" w:rsidRDefault="000B2DAE" w:rsidP="00D13949">
      <w:pPr>
        <w:pStyle w:val="BodyLine"/>
        <w:numPr>
          <w:ilvl w:val="0"/>
          <w:numId w:val="38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Unseen Comprehension Passage</w:t>
      </w:r>
    </w:p>
    <w:p w14:paraId="2C3F100B" w14:textId="77777777" w:rsidR="007B4EC0" w:rsidRPr="00B85E15" w:rsidRDefault="000B2DAE" w:rsidP="00D13949">
      <w:pPr>
        <w:pStyle w:val="BodyLine"/>
        <w:numPr>
          <w:ilvl w:val="0"/>
          <w:numId w:val="38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Case based Comprehension</w:t>
      </w:r>
    </w:p>
    <w:p w14:paraId="0A573CA8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WRITING</w:t>
      </w:r>
    </w:p>
    <w:p w14:paraId="4D8C6CEE" w14:textId="77777777" w:rsidR="00D13949" w:rsidRDefault="00C45344" w:rsidP="00D13949">
      <w:pPr>
        <w:pStyle w:val="BodyLine"/>
        <w:numPr>
          <w:ilvl w:val="0"/>
          <w:numId w:val="39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Diary entry</w:t>
      </w:r>
    </w:p>
    <w:p w14:paraId="069D86B1" w14:textId="2DDB34FC" w:rsidR="00C45344" w:rsidRPr="00B85E15" w:rsidRDefault="00C45344" w:rsidP="00D13949">
      <w:pPr>
        <w:pStyle w:val="BodyLine"/>
        <w:numPr>
          <w:ilvl w:val="0"/>
          <w:numId w:val="39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 Bio-Sketch.</w:t>
      </w:r>
    </w:p>
    <w:p w14:paraId="629355E3" w14:textId="0FD557FF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GRAMMAR</w:t>
      </w:r>
    </w:p>
    <w:p w14:paraId="79046A6A" w14:textId="77777777" w:rsidR="000A174F" w:rsidRDefault="000B2DAE" w:rsidP="00B85E15">
      <w:pPr>
        <w:pStyle w:val="BodyLine"/>
        <w:spacing w:after="40"/>
        <w:ind w:left="61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PRE-MID+ MID+</w:t>
      </w:r>
    </w:p>
    <w:p w14:paraId="281D6393" w14:textId="4CE78497" w:rsidR="00A163CF" w:rsidRDefault="00C45344" w:rsidP="000A174F">
      <w:pPr>
        <w:pStyle w:val="BodyLine"/>
        <w:numPr>
          <w:ilvl w:val="0"/>
          <w:numId w:val="40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Subject-Verb Agreement, </w:t>
      </w:r>
    </w:p>
    <w:p w14:paraId="4952C6DF" w14:textId="41BDC438" w:rsidR="007B4EC0" w:rsidRPr="00B85E15" w:rsidRDefault="00C45344" w:rsidP="000A174F">
      <w:pPr>
        <w:pStyle w:val="BodyLine"/>
        <w:numPr>
          <w:ilvl w:val="0"/>
          <w:numId w:val="40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Simple Sentence (Introduction and Identification)</w:t>
      </w:r>
    </w:p>
    <w:p w14:paraId="07A437F3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LITERATURE</w:t>
      </w:r>
    </w:p>
    <w:p w14:paraId="42031E13" w14:textId="2E268DD2" w:rsidR="007B4EC0" w:rsidRPr="00B85E15" w:rsidRDefault="000B2DAE" w:rsidP="00B85E15">
      <w:pPr>
        <w:pStyle w:val="UnitHead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UNIT</w:t>
      </w:r>
      <w:r w:rsidR="0069615D" w:rsidRPr="00B85E15">
        <w:rPr>
          <w:rFonts w:asciiTheme="minorHAnsi" w:hAnsiTheme="minorHAnsi"/>
          <w:sz w:val="20"/>
          <w:szCs w:val="20"/>
        </w:rPr>
        <w:t xml:space="preserve"> </w:t>
      </w:r>
      <w:r w:rsidRPr="00B85E15">
        <w:rPr>
          <w:rFonts w:asciiTheme="minorHAnsi" w:hAnsiTheme="minorHAnsi"/>
          <w:sz w:val="20"/>
          <w:szCs w:val="20"/>
        </w:rPr>
        <w:t xml:space="preserve">4: </w:t>
      </w:r>
      <w:r w:rsidR="00C45344" w:rsidRPr="00B85E15">
        <w:rPr>
          <w:rFonts w:asciiTheme="minorHAnsi" w:hAnsiTheme="minorHAnsi"/>
          <w:sz w:val="20"/>
          <w:szCs w:val="20"/>
        </w:rPr>
        <w:t>Sports and Wellness</w:t>
      </w:r>
    </w:p>
    <w:p w14:paraId="70A2A255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Change of Heart</w:t>
      </w:r>
    </w:p>
    <w:p w14:paraId="2A3A8939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The Winner</w:t>
      </w:r>
    </w:p>
    <w:p w14:paraId="4DAE97DE" w14:textId="22AF0A61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Yoga- A Way of Life</w:t>
      </w:r>
    </w:p>
    <w:p w14:paraId="2B0CE677" w14:textId="11AD0B01" w:rsidR="007B4EC0" w:rsidRPr="00B85E15" w:rsidRDefault="000B2DAE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>Activity:</w:t>
      </w:r>
    </w:p>
    <w:p w14:paraId="21F905DB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Cross Word Puzzles on 'KANGAROO WORDS'</w:t>
      </w:r>
    </w:p>
    <w:p w14:paraId="69625D9A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Playing Charades</w:t>
      </w:r>
    </w:p>
    <w:p w14:paraId="7DADD2E1" w14:textId="77777777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Running Dictation</w:t>
      </w:r>
    </w:p>
    <w:p w14:paraId="31129EDC" w14:textId="5BAFED19" w:rsidR="00C45344" w:rsidRPr="00B85E15" w:rsidRDefault="00C45344" w:rsidP="00B85E15">
      <w:pPr>
        <w:pStyle w:val="BodyLine"/>
        <w:numPr>
          <w:ilvl w:val="0"/>
          <w:numId w:val="12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Reading Aloud with Expressions</w:t>
      </w:r>
    </w:p>
    <w:p w14:paraId="6D438E0F" w14:textId="37F5D5F9" w:rsidR="007B4EC0" w:rsidRPr="00B85E15" w:rsidRDefault="000B2DAE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Focus Point: </w:t>
      </w:r>
      <w:r w:rsidR="0069615D" w:rsidRPr="00B85E15">
        <w:rPr>
          <w:rFonts w:asciiTheme="minorHAnsi" w:hAnsiTheme="minorHAnsi"/>
          <w:sz w:val="20"/>
          <w:szCs w:val="20"/>
        </w:rPr>
        <w:t>Enhancement of Critical Thinking Skill, Listening Skill, and Vocabulary.</w:t>
      </w:r>
      <w:r w:rsidR="0069615D" w:rsidRPr="00B85E15">
        <w:rPr>
          <w:rFonts w:asciiTheme="minorHAnsi" w:hAnsiTheme="minorHAnsi"/>
          <w:b/>
          <w:sz w:val="20"/>
          <w:szCs w:val="20"/>
        </w:rPr>
        <w:t xml:space="preserve"> </w:t>
      </w:r>
    </w:p>
    <w:p w14:paraId="6E326885" w14:textId="77777777" w:rsidR="00B85E15" w:rsidRPr="00B85E15" w:rsidRDefault="0069615D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Integration with other subjects: </w:t>
      </w:r>
    </w:p>
    <w:p w14:paraId="2C2330F2" w14:textId="3788607C" w:rsidR="00B85E15" w:rsidRPr="00B85E15" w:rsidRDefault="0069615D" w:rsidP="00B85E15">
      <w:pPr>
        <w:pStyle w:val="MetaLine"/>
        <w:numPr>
          <w:ilvl w:val="0"/>
          <w:numId w:val="30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Change of Heart (Value Education, Physical Education)</w:t>
      </w:r>
    </w:p>
    <w:p w14:paraId="765652B2" w14:textId="77777777" w:rsidR="00B85E15" w:rsidRPr="00B85E15" w:rsidRDefault="0069615D" w:rsidP="00B85E15">
      <w:pPr>
        <w:pStyle w:val="MetaLine"/>
        <w:numPr>
          <w:ilvl w:val="0"/>
          <w:numId w:val="30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The Winner (History, Science)</w:t>
      </w:r>
    </w:p>
    <w:p w14:paraId="3EE772AC" w14:textId="29BA9797" w:rsidR="0069615D" w:rsidRPr="00B85E15" w:rsidRDefault="0069615D" w:rsidP="00B85E15">
      <w:pPr>
        <w:pStyle w:val="MetaLine"/>
        <w:numPr>
          <w:ilvl w:val="0"/>
          <w:numId w:val="30"/>
        </w:numPr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Yoga- A Way of Life (History, Physical Education)</w:t>
      </w:r>
    </w:p>
    <w:p w14:paraId="53ADB9C7" w14:textId="77777777" w:rsidR="007B4EC0" w:rsidRPr="00B85E15" w:rsidRDefault="000B2DAE" w:rsidP="00B85E15">
      <w:pPr>
        <w:pStyle w:val="TermBand"/>
        <w:keepNext/>
        <w:shd w:val="clear" w:color="auto" w:fill="1F4E78"/>
        <w:rPr>
          <w:rFonts w:asciiTheme="minorHAnsi" w:hAnsiTheme="minorHAnsi"/>
        </w:rPr>
      </w:pPr>
      <w:r w:rsidRPr="00B85E15">
        <w:rPr>
          <w:rFonts w:asciiTheme="minorHAnsi" w:hAnsiTheme="minorHAnsi"/>
        </w:rPr>
        <w:t xml:space="preserve">  FINALTERM</w:t>
      </w:r>
    </w:p>
    <w:p w14:paraId="4ABCE986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READING</w:t>
      </w:r>
    </w:p>
    <w:p w14:paraId="4C57988A" w14:textId="77777777" w:rsidR="007B4EC0" w:rsidRPr="00B85E15" w:rsidRDefault="000B2DAE" w:rsidP="002B128E">
      <w:pPr>
        <w:pStyle w:val="BodyLine"/>
        <w:numPr>
          <w:ilvl w:val="0"/>
          <w:numId w:val="4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Unseen Comprehension Passage</w:t>
      </w:r>
    </w:p>
    <w:p w14:paraId="5783BE53" w14:textId="77777777" w:rsidR="007B4EC0" w:rsidRPr="00B85E15" w:rsidRDefault="000B2DAE" w:rsidP="002B128E">
      <w:pPr>
        <w:pStyle w:val="BodyLine"/>
        <w:numPr>
          <w:ilvl w:val="0"/>
          <w:numId w:val="41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Case based Comprehension</w:t>
      </w:r>
    </w:p>
    <w:p w14:paraId="742947F9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WRITING</w:t>
      </w:r>
    </w:p>
    <w:p w14:paraId="0E321D60" w14:textId="77777777" w:rsidR="002B128E" w:rsidRDefault="000B2DAE" w:rsidP="00B85E15">
      <w:pPr>
        <w:pStyle w:val="BodyLine"/>
        <w:spacing w:after="40"/>
        <w:ind w:left="61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Post-mid</w:t>
      </w:r>
      <w:r w:rsidR="0069615D" w:rsidRPr="00B85E15">
        <w:rPr>
          <w:rFonts w:asciiTheme="minorHAnsi" w:hAnsiTheme="minorHAnsi"/>
          <w:sz w:val="20"/>
          <w:szCs w:val="20"/>
        </w:rPr>
        <w:t xml:space="preserve"> </w:t>
      </w:r>
      <w:r w:rsidRPr="00B85E15">
        <w:rPr>
          <w:rFonts w:asciiTheme="minorHAnsi" w:hAnsiTheme="minorHAnsi"/>
          <w:sz w:val="20"/>
          <w:szCs w:val="20"/>
        </w:rPr>
        <w:t>+</w:t>
      </w:r>
    </w:p>
    <w:p w14:paraId="2D3F7129" w14:textId="77777777" w:rsidR="002B128E" w:rsidRDefault="0069615D" w:rsidP="002B128E">
      <w:pPr>
        <w:pStyle w:val="BodyLine"/>
        <w:numPr>
          <w:ilvl w:val="0"/>
          <w:numId w:val="42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Email Writing </w:t>
      </w:r>
    </w:p>
    <w:p w14:paraId="6EBB02C8" w14:textId="0D345F7A" w:rsidR="007B4EC0" w:rsidRPr="00B85E15" w:rsidRDefault="0069615D" w:rsidP="002B128E">
      <w:pPr>
        <w:pStyle w:val="BodyLine"/>
        <w:numPr>
          <w:ilvl w:val="0"/>
          <w:numId w:val="42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 Story Writing</w:t>
      </w:r>
    </w:p>
    <w:p w14:paraId="17669F15" w14:textId="77777777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GRAMMAR</w:t>
      </w:r>
    </w:p>
    <w:p w14:paraId="2E5DB6EC" w14:textId="77777777" w:rsidR="00C42B66" w:rsidRDefault="000B2DAE" w:rsidP="00C42B66">
      <w:pPr>
        <w:pStyle w:val="BodyLine"/>
        <w:ind w:left="133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PRE-MID+ MID +POST-MID+</w:t>
      </w:r>
    </w:p>
    <w:p w14:paraId="2EAE3E19" w14:textId="001E8840" w:rsidR="00A163CF" w:rsidRDefault="0069615D" w:rsidP="004A3861">
      <w:pPr>
        <w:pStyle w:val="BodyLine"/>
        <w:numPr>
          <w:ilvl w:val="0"/>
          <w:numId w:val="43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 xml:space="preserve">Transformation of Sentences (Simple to Compound and Vice Versa), </w:t>
      </w:r>
    </w:p>
    <w:p w14:paraId="49D24E42" w14:textId="0A81BFF8" w:rsidR="007B4EC0" w:rsidRPr="00B85E15" w:rsidRDefault="0069615D" w:rsidP="00C42B66">
      <w:pPr>
        <w:pStyle w:val="BodyLine"/>
        <w:numPr>
          <w:ilvl w:val="0"/>
          <w:numId w:val="43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Narration, Revision.</w:t>
      </w:r>
    </w:p>
    <w:p w14:paraId="7D7959DB" w14:textId="3FE12ACA" w:rsidR="007B4EC0" w:rsidRPr="00B85E15" w:rsidRDefault="000B2DAE" w:rsidP="00B85E15">
      <w:pPr>
        <w:pStyle w:val="SectionHead"/>
        <w:keepNext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LITERATURE</w:t>
      </w:r>
    </w:p>
    <w:p w14:paraId="337929E9" w14:textId="7CE25A70" w:rsidR="007B4EC0" w:rsidRPr="00B85E15" w:rsidRDefault="000B2DAE" w:rsidP="00B85E15">
      <w:pPr>
        <w:pStyle w:val="UnitHead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UNIT</w:t>
      </w:r>
      <w:r w:rsidR="0069615D" w:rsidRPr="00B85E15">
        <w:rPr>
          <w:rFonts w:asciiTheme="minorHAnsi" w:hAnsiTheme="minorHAnsi"/>
          <w:sz w:val="20"/>
          <w:szCs w:val="20"/>
        </w:rPr>
        <w:t xml:space="preserve"> </w:t>
      </w:r>
      <w:r w:rsidRPr="00B85E15">
        <w:rPr>
          <w:rFonts w:asciiTheme="minorHAnsi" w:hAnsiTheme="minorHAnsi"/>
          <w:sz w:val="20"/>
          <w:szCs w:val="20"/>
        </w:rPr>
        <w:t xml:space="preserve">5: </w:t>
      </w:r>
      <w:r w:rsidR="0069615D" w:rsidRPr="00B85E15">
        <w:rPr>
          <w:rFonts w:asciiTheme="minorHAnsi" w:hAnsiTheme="minorHAnsi"/>
          <w:sz w:val="20"/>
          <w:szCs w:val="20"/>
        </w:rPr>
        <w:t>Culture and Tradition</w:t>
      </w:r>
    </w:p>
    <w:p w14:paraId="2850B667" w14:textId="7777777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proofErr w:type="spellStart"/>
      <w:r w:rsidRPr="00B85E15">
        <w:rPr>
          <w:rFonts w:asciiTheme="minorHAnsi" w:hAnsiTheme="minorHAnsi"/>
          <w:sz w:val="20"/>
          <w:szCs w:val="20"/>
        </w:rPr>
        <w:t>Hamara</w:t>
      </w:r>
      <w:proofErr w:type="spellEnd"/>
      <w:r w:rsidRPr="00B85E15">
        <w:rPr>
          <w:rFonts w:asciiTheme="minorHAnsi" w:hAnsiTheme="minorHAnsi"/>
          <w:sz w:val="20"/>
          <w:szCs w:val="20"/>
        </w:rPr>
        <w:t xml:space="preserve"> Bharat- Incredible India!</w:t>
      </w:r>
    </w:p>
    <w:p w14:paraId="3B7242B1" w14:textId="7777777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The Kites</w:t>
      </w:r>
    </w:p>
    <w:p w14:paraId="29755FC3" w14:textId="7777777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proofErr w:type="spellStart"/>
      <w:r w:rsidRPr="00B85E15">
        <w:rPr>
          <w:rFonts w:asciiTheme="minorHAnsi" w:hAnsiTheme="minorHAnsi"/>
          <w:sz w:val="20"/>
          <w:szCs w:val="20"/>
        </w:rPr>
        <w:t>Ila</w:t>
      </w:r>
      <w:proofErr w:type="spellEnd"/>
      <w:r w:rsidRPr="00B85E1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85E15">
        <w:rPr>
          <w:rFonts w:asciiTheme="minorHAnsi" w:hAnsiTheme="minorHAnsi"/>
          <w:sz w:val="20"/>
          <w:szCs w:val="20"/>
        </w:rPr>
        <w:t>Sachani</w:t>
      </w:r>
      <w:proofErr w:type="spellEnd"/>
      <w:r w:rsidRPr="00B85E15">
        <w:rPr>
          <w:rFonts w:asciiTheme="minorHAnsi" w:hAnsiTheme="minorHAnsi"/>
          <w:sz w:val="20"/>
          <w:szCs w:val="20"/>
        </w:rPr>
        <w:t>: Embroidering Dreams with her Feet</w:t>
      </w:r>
    </w:p>
    <w:p w14:paraId="46EB9D83" w14:textId="7777777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National War Memorial</w:t>
      </w:r>
    </w:p>
    <w:p w14:paraId="23430AB0" w14:textId="33B1C431" w:rsidR="007B4EC0" w:rsidRPr="00B85E15" w:rsidRDefault="000B2DAE" w:rsidP="00B85E15">
      <w:pPr>
        <w:pStyle w:val="MetaLine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Activity: </w:t>
      </w:r>
    </w:p>
    <w:p w14:paraId="5F6B2EA0" w14:textId="71AF081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Self-composed creative pieces with the use of ‘CODER’</w:t>
      </w:r>
    </w:p>
    <w:p w14:paraId="2DE892F5" w14:textId="7777777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Empathy Exercises</w:t>
      </w:r>
    </w:p>
    <w:p w14:paraId="4E5A9659" w14:textId="77777777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Acting Out Modals</w:t>
      </w:r>
    </w:p>
    <w:p w14:paraId="01A62F24" w14:textId="3A2D6A8F" w:rsidR="0069615D" w:rsidRPr="00B85E15" w:rsidRDefault="0069615D" w:rsidP="00B85E15">
      <w:pPr>
        <w:pStyle w:val="BodyLine"/>
        <w:numPr>
          <w:ilvl w:val="0"/>
          <w:numId w:val="15"/>
        </w:numPr>
        <w:spacing w:after="40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Chapter Review</w:t>
      </w:r>
    </w:p>
    <w:p w14:paraId="5DFDB5B6" w14:textId="6EBEB222" w:rsidR="007B4EC0" w:rsidRPr="00B85E15" w:rsidRDefault="000B2DAE" w:rsidP="00B85E15">
      <w:pPr>
        <w:pStyle w:val="MetaLine"/>
        <w:ind w:left="259"/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Focus point: </w:t>
      </w:r>
      <w:r w:rsidR="0069615D" w:rsidRPr="00B85E15">
        <w:rPr>
          <w:rFonts w:asciiTheme="minorHAnsi" w:hAnsiTheme="minorHAnsi"/>
          <w:sz w:val="20"/>
          <w:szCs w:val="20"/>
        </w:rPr>
        <w:t xml:space="preserve">Enhancement of Critical Thinking Skill, Writing </w:t>
      </w:r>
      <w:r w:rsidR="00B85E15" w:rsidRPr="00B85E15">
        <w:rPr>
          <w:rFonts w:asciiTheme="minorHAnsi" w:hAnsiTheme="minorHAnsi"/>
          <w:sz w:val="20"/>
          <w:szCs w:val="20"/>
        </w:rPr>
        <w:t>Skill,</w:t>
      </w:r>
      <w:r w:rsidR="0069615D" w:rsidRPr="00B85E15">
        <w:rPr>
          <w:rFonts w:asciiTheme="minorHAnsi" w:hAnsiTheme="minorHAnsi"/>
          <w:sz w:val="20"/>
          <w:szCs w:val="20"/>
        </w:rPr>
        <w:t xml:space="preserve"> and Vocabulary. DSL</w:t>
      </w:r>
    </w:p>
    <w:p w14:paraId="6930F4A9" w14:textId="70FC792C" w:rsidR="007B4EC0" w:rsidRPr="00B85E15" w:rsidRDefault="000B2DAE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>Art integrated Project II</w:t>
      </w:r>
    </w:p>
    <w:p w14:paraId="4BC03726" w14:textId="77777777" w:rsidR="00B85E15" w:rsidRPr="00B85E15" w:rsidRDefault="0069615D" w:rsidP="00B85E15">
      <w:pPr>
        <w:pStyle w:val="MetaLine"/>
        <w:ind w:left="259"/>
        <w:rPr>
          <w:rFonts w:asciiTheme="minorHAnsi" w:hAnsiTheme="minorHAnsi"/>
          <w:b/>
          <w:sz w:val="20"/>
          <w:szCs w:val="20"/>
        </w:rPr>
      </w:pPr>
      <w:r w:rsidRPr="00B85E15">
        <w:rPr>
          <w:rFonts w:asciiTheme="minorHAnsi" w:hAnsiTheme="minorHAnsi"/>
          <w:b/>
          <w:sz w:val="20"/>
          <w:szCs w:val="20"/>
        </w:rPr>
        <w:t xml:space="preserve">Integration with other subjects: </w:t>
      </w:r>
    </w:p>
    <w:p w14:paraId="407A3A75" w14:textId="77777777" w:rsidR="00B85E15" w:rsidRPr="00B85E15" w:rsidRDefault="0069615D" w:rsidP="00B85E15">
      <w:pPr>
        <w:pStyle w:val="MetaLine"/>
        <w:numPr>
          <w:ilvl w:val="0"/>
          <w:numId w:val="31"/>
        </w:numPr>
        <w:rPr>
          <w:rFonts w:asciiTheme="minorHAnsi" w:hAnsiTheme="minorHAnsi"/>
          <w:sz w:val="20"/>
          <w:szCs w:val="20"/>
        </w:rPr>
      </w:pPr>
      <w:proofErr w:type="spellStart"/>
      <w:r w:rsidRPr="00B85E15">
        <w:rPr>
          <w:rFonts w:asciiTheme="minorHAnsi" w:hAnsiTheme="minorHAnsi"/>
          <w:sz w:val="20"/>
          <w:szCs w:val="20"/>
        </w:rPr>
        <w:t>Hamara</w:t>
      </w:r>
      <w:proofErr w:type="spellEnd"/>
      <w:r w:rsidRPr="00B85E15">
        <w:rPr>
          <w:rFonts w:asciiTheme="minorHAnsi" w:hAnsiTheme="minorHAnsi"/>
          <w:sz w:val="20"/>
          <w:szCs w:val="20"/>
        </w:rPr>
        <w:t xml:space="preserve"> Bharat- Incredible India! (History, Geography, Art Education)</w:t>
      </w:r>
    </w:p>
    <w:p w14:paraId="508C1043" w14:textId="77777777" w:rsidR="00B85E15" w:rsidRPr="00B85E15" w:rsidRDefault="0069615D" w:rsidP="00B85E15">
      <w:pPr>
        <w:pStyle w:val="MetaLine"/>
        <w:numPr>
          <w:ilvl w:val="0"/>
          <w:numId w:val="3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The Kites (Art Education, Value Education)</w:t>
      </w:r>
    </w:p>
    <w:p w14:paraId="6427544C" w14:textId="77777777" w:rsidR="00B85E15" w:rsidRPr="00B85E15" w:rsidRDefault="0069615D" w:rsidP="00B85E15">
      <w:pPr>
        <w:pStyle w:val="MetaLine"/>
        <w:numPr>
          <w:ilvl w:val="0"/>
          <w:numId w:val="31"/>
        </w:numPr>
        <w:rPr>
          <w:rFonts w:asciiTheme="minorHAnsi" w:hAnsiTheme="minorHAnsi"/>
          <w:sz w:val="20"/>
          <w:szCs w:val="20"/>
        </w:rPr>
      </w:pPr>
      <w:proofErr w:type="spellStart"/>
      <w:r w:rsidRPr="00B85E15">
        <w:rPr>
          <w:rFonts w:asciiTheme="minorHAnsi" w:hAnsiTheme="minorHAnsi"/>
          <w:sz w:val="20"/>
          <w:szCs w:val="20"/>
        </w:rPr>
        <w:t>Ila</w:t>
      </w:r>
      <w:proofErr w:type="spellEnd"/>
      <w:r w:rsidRPr="00B85E1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85E15">
        <w:rPr>
          <w:rFonts w:asciiTheme="minorHAnsi" w:hAnsiTheme="minorHAnsi"/>
          <w:sz w:val="20"/>
          <w:szCs w:val="20"/>
        </w:rPr>
        <w:t>Sachani</w:t>
      </w:r>
      <w:proofErr w:type="spellEnd"/>
      <w:r w:rsidRPr="00B85E15">
        <w:rPr>
          <w:rFonts w:asciiTheme="minorHAnsi" w:hAnsiTheme="minorHAnsi"/>
          <w:sz w:val="20"/>
          <w:szCs w:val="20"/>
        </w:rPr>
        <w:t>: Embroidering Dreams with her Feet (History, Value Education, Art Education)</w:t>
      </w:r>
    </w:p>
    <w:p w14:paraId="01581A72" w14:textId="34B02279" w:rsidR="0069615D" w:rsidRPr="00B85E15" w:rsidRDefault="0069615D" w:rsidP="00B85E15">
      <w:pPr>
        <w:pStyle w:val="MetaLine"/>
        <w:numPr>
          <w:ilvl w:val="0"/>
          <w:numId w:val="31"/>
        </w:numPr>
        <w:rPr>
          <w:rFonts w:asciiTheme="minorHAnsi" w:hAnsiTheme="minorHAnsi"/>
          <w:sz w:val="20"/>
          <w:szCs w:val="20"/>
        </w:rPr>
      </w:pPr>
      <w:r w:rsidRPr="00B85E15">
        <w:rPr>
          <w:rFonts w:asciiTheme="minorHAnsi" w:hAnsiTheme="minorHAnsi"/>
          <w:sz w:val="20"/>
          <w:szCs w:val="20"/>
        </w:rPr>
        <w:t>National War Memorial (History, Geography, Value Education)</w:t>
      </w:r>
    </w:p>
    <w:sectPr w:rsidR="0069615D" w:rsidRPr="00B85E15" w:rsidSect="00034616">
      <w:footerReference w:type="default" r:id="rId9"/>
      <w:pgSz w:w="12240" w:h="15840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4BF7" w14:textId="77777777" w:rsidR="006977D9" w:rsidRDefault="006977D9">
      <w:pPr>
        <w:spacing w:after="0" w:line="240" w:lineRule="auto"/>
      </w:pPr>
      <w:r>
        <w:separator/>
      </w:r>
    </w:p>
  </w:endnote>
  <w:endnote w:type="continuationSeparator" w:id="0">
    <w:p w14:paraId="535DD66F" w14:textId="77777777" w:rsidR="006977D9" w:rsidRDefault="0069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4F18" w14:textId="77777777" w:rsidR="007B4EC0" w:rsidRDefault="000B2DA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D0E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1B01" w14:textId="77777777" w:rsidR="006977D9" w:rsidRDefault="006977D9">
      <w:pPr>
        <w:spacing w:after="0" w:line="240" w:lineRule="auto"/>
      </w:pPr>
      <w:r>
        <w:separator/>
      </w:r>
    </w:p>
  </w:footnote>
  <w:footnote w:type="continuationSeparator" w:id="0">
    <w:p w14:paraId="19F48A05" w14:textId="77777777" w:rsidR="006977D9" w:rsidRDefault="00697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73A9F"/>
    <w:multiLevelType w:val="hybridMultilevel"/>
    <w:tmpl w:val="47224790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0" w15:restartNumberingAfterBreak="0">
    <w:nsid w:val="00BB227D"/>
    <w:multiLevelType w:val="hybridMultilevel"/>
    <w:tmpl w:val="87F4396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1" w15:restartNumberingAfterBreak="0">
    <w:nsid w:val="0494474C"/>
    <w:multiLevelType w:val="hybridMultilevel"/>
    <w:tmpl w:val="FFFC2288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2" w15:restartNumberingAfterBreak="0">
    <w:nsid w:val="04C82EC4"/>
    <w:multiLevelType w:val="hybridMultilevel"/>
    <w:tmpl w:val="BEC40F8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05A95039"/>
    <w:multiLevelType w:val="hybridMultilevel"/>
    <w:tmpl w:val="102818F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4" w15:restartNumberingAfterBreak="0">
    <w:nsid w:val="05B5288E"/>
    <w:multiLevelType w:val="hybridMultilevel"/>
    <w:tmpl w:val="3672FAE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5" w15:restartNumberingAfterBreak="0">
    <w:nsid w:val="06144FCF"/>
    <w:multiLevelType w:val="hybridMultilevel"/>
    <w:tmpl w:val="DF287B1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6" w15:restartNumberingAfterBreak="0">
    <w:nsid w:val="0CCA6648"/>
    <w:multiLevelType w:val="hybridMultilevel"/>
    <w:tmpl w:val="44142FC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7" w15:restartNumberingAfterBreak="0">
    <w:nsid w:val="104557E3"/>
    <w:multiLevelType w:val="hybridMultilevel"/>
    <w:tmpl w:val="696481A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8" w15:restartNumberingAfterBreak="0">
    <w:nsid w:val="19A92211"/>
    <w:multiLevelType w:val="hybridMultilevel"/>
    <w:tmpl w:val="37D69FA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9" w15:restartNumberingAfterBreak="0">
    <w:nsid w:val="1C5176E7"/>
    <w:multiLevelType w:val="hybridMultilevel"/>
    <w:tmpl w:val="BF06C8C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0" w15:restartNumberingAfterBreak="0">
    <w:nsid w:val="1F081D19"/>
    <w:multiLevelType w:val="hybridMultilevel"/>
    <w:tmpl w:val="0EFE9C4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1" w15:restartNumberingAfterBreak="0">
    <w:nsid w:val="22F36F7C"/>
    <w:multiLevelType w:val="hybridMultilevel"/>
    <w:tmpl w:val="8F24FB8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2" w15:restartNumberingAfterBreak="0">
    <w:nsid w:val="373C32D9"/>
    <w:multiLevelType w:val="hybridMultilevel"/>
    <w:tmpl w:val="9760DF5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3" w15:restartNumberingAfterBreak="0">
    <w:nsid w:val="3B9638B0"/>
    <w:multiLevelType w:val="hybridMultilevel"/>
    <w:tmpl w:val="DE3C462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C166002"/>
    <w:multiLevelType w:val="hybridMultilevel"/>
    <w:tmpl w:val="E35CC3B2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25" w15:restartNumberingAfterBreak="0">
    <w:nsid w:val="44A937D4"/>
    <w:multiLevelType w:val="hybridMultilevel"/>
    <w:tmpl w:val="1ADA7EF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26" w15:restartNumberingAfterBreak="0">
    <w:nsid w:val="498F37D3"/>
    <w:multiLevelType w:val="hybridMultilevel"/>
    <w:tmpl w:val="ACD86922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27" w15:restartNumberingAfterBreak="0">
    <w:nsid w:val="4C854177"/>
    <w:multiLevelType w:val="hybridMultilevel"/>
    <w:tmpl w:val="5C2EEAB8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28" w15:restartNumberingAfterBreak="0">
    <w:nsid w:val="4ED87369"/>
    <w:multiLevelType w:val="hybridMultilevel"/>
    <w:tmpl w:val="06A071A0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29" w15:restartNumberingAfterBreak="0">
    <w:nsid w:val="50CF4DB4"/>
    <w:multiLevelType w:val="hybridMultilevel"/>
    <w:tmpl w:val="90B01C5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0" w15:restartNumberingAfterBreak="0">
    <w:nsid w:val="50E64816"/>
    <w:multiLevelType w:val="hybridMultilevel"/>
    <w:tmpl w:val="567AF95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1" w15:restartNumberingAfterBreak="0">
    <w:nsid w:val="51D94561"/>
    <w:multiLevelType w:val="hybridMultilevel"/>
    <w:tmpl w:val="C848E65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2" w15:restartNumberingAfterBreak="0">
    <w:nsid w:val="51FE3A7B"/>
    <w:multiLevelType w:val="hybridMultilevel"/>
    <w:tmpl w:val="83B0607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3" w15:restartNumberingAfterBreak="0">
    <w:nsid w:val="52902C76"/>
    <w:multiLevelType w:val="hybridMultilevel"/>
    <w:tmpl w:val="4BEE629C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4" w15:restartNumberingAfterBreak="0">
    <w:nsid w:val="52D75840"/>
    <w:multiLevelType w:val="hybridMultilevel"/>
    <w:tmpl w:val="B792110E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5" w15:restartNumberingAfterBreak="0">
    <w:nsid w:val="63BE39CB"/>
    <w:multiLevelType w:val="hybridMultilevel"/>
    <w:tmpl w:val="DCFC6FF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6" w15:restartNumberingAfterBreak="0">
    <w:nsid w:val="650077A0"/>
    <w:multiLevelType w:val="hybridMultilevel"/>
    <w:tmpl w:val="2720815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7" w15:restartNumberingAfterBreak="0">
    <w:nsid w:val="6DD01F25"/>
    <w:multiLevelType w:val="hybridMultilevel"/>
    <w:tmpl w:val="BC0A4FC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8" w15:restartNumberingAfterBreak="0">
    <w:nsid w:val="6F6A0186"/>
    <w:multiLevelType w:val="hybridMultilevel"/>
    <w:tmpl w:val="4FB2D28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9" w15:restartNumberingAfterBreak="0">
    <w:nsid w:val="70DB502B"/>
    <w:multiLevelType w:val="hybridMultilevel"/>
    <w:tmpl w:val="A888184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40" w15:restartNumberingAfterBreak="0">
    <w:nsid w:val="75B31B89"/>
    <w:multiLevelType w:val="hybridMultilevel"/>
    <w:tmpl w:val="66BCBB1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41" w15:restartNumberingAfterBreak="0">
    <w:nsid w:val="77DD384E"/>
    <w:multiLevelType w:val="hybridMultilevel"/>
    <w:tmpl w:val="AFD0328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42" w15:restartNumberingAfterBreak="0">
    <w:nsid w:val="78841F9F"/>
    <w:multiLevelType w:val="hybridMultilevel"/>
    <w:tmpl w:val="91062822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 w16cid:durableId="1609698167">
    <w:abstractNumId w:val="8"/>
  </w:num>
  <w:num w:numId="2" w16cid:durableId="17972666">
    <w:abstractNumId w:val="6"/>
  </w:num>
  <w:num w:numId="3" w16cid:durableId="2000576086">
    <w:abstractNumId w:val="5"/>
  </w:num>
  <w:num w:numId="4" w16cid:durableId="1999307732">
    <w:abstractNumId w:val="4"/>
  </w:num>
  <w:num w:numId="5" w16cid:durableId="1014572941">
    <w:abstractNumId w:val="7"/>
  </w:num>
  <w:num w:numId="6" w16cid:durableId="212231405">
    <w:abstractNumId w:val="3"/>
  </w:num>
  <w:num w:numId="7" w16cid:durableId="1674719359">
    <w:abstractNumId w:val="2"/>
  </w:num>
  <w:num w:numId="8" w16cid:durableId="1934897049">
    <w:abstractNumId w:val="1"/>
  </w:num>
  <w:num w:numId="9" w16cid:durableId="1504929302">
    <w:abstractNumId w:val="0"/>
  </w:num>
  <w:num w:numId="10" w16cid:durableId="627006215">
    <w:abstractNumId w:val="38"/>
  </w:num>
  <w:num w:numId="11" w16cid:durableId="1065302827">
    <w:abstractNumId w:val="21"/>
  </w:num>
  <w:num w:numId="12" w16cid:durableId="576745755">
    <w:abstractNumId w:val="36"/>
  </w:num>
  <w:num w:numId="13" w16cid:durableId="1837384207">
    <w:abstractNumId w:val="41"/>
  </w:num>
  <w:num w:numId="14" w16cid:durableId="1105422905">
    <w:abstractNumId w:val="31"/>
  </w:num>
  <w:num w:numId="15" w16cid:durableId="1254704114">
    <w:abstractNumId w:val="35"/>
  </w:num>
  <w:num w:numId="16" w16cid:durableId="693001388">
    <w:abstractNumId w:val="12"/>
  </w:num>
  <w:num w:numId="17" w16cid:durableId="2018772170">
    <w:abstractNumId w:val="37"/>
  </w:num>
  <w:num w:numId="18" w16cid:durableId="240070090">
    <w:abstractNumId w:val="32"/>
  </w:num>
  <w:num w:numId="19" w16cid:durableId="318584227">
    <w:abstractNumId w:val="40"/>
  </w:num>
  <w:num w:numId="20" w16cid:durableId="2097510985">
    <w:abstractNumId w:val="19"/>
  </w:num>
  <w:num w:numId="21" w16cid:durableId="1581790695">
    <w:abstractNumId w:val="20"/>
  </w:num>
  <w:num w:numId="22" w16cid:durableId="1122000809">
    <w:abstractNumId w:val="17"/>
  </w:num>
  <w:num w:numId="23" w16cid:durableId="1696731653">
    <w:abstractNumId w:val="15"/>
  </w:num>
  <w:num w:numId="24" w16cid:durableId="1445148890">
    <w:abstractNumId w:val="22"/>
  </w:num>
  <w:num w:numId="25" w16cid:durableId="1182083514">
    <w:abstractNumId w:val="10"/>
  </w:num>
  <w:num w:numId="26" w16cid:durableId="567038175">
    <w:abstractNumId w:val="30"/>
  </w:num>
  <w:num w:numId="27" w16cid:durableId="1222130142">
    <w:abstractNumId w:val="23"/>
  </w:num>
  <w:num w:numId="28" w16cid:durableId="703481873">
    <w:abstractNumId w:val="39"/>
  </w:num>
  <w:num w:numId="29" w16cid:durableId="993413895">
    <w:abstractNumId w:val="14"/>
  </w:num>
  <w:num w:numId="30" w16cid:durableId="396242970">
    <w:abstractNumId w:val="16"/>
  </w:num>
  <w:num w:numId="31" w16cid:durableId="314527630">
    <w:abstractNumId w:val="29"/>
  </w:num>
  <w:num w:numId="32" w16cid:durableId="1231421637">
    <w:abstractNumId w:val="24"/>
  </w:num>
  <w:num w:numId="33" w16cid:durableId="941762061">
    <w:abstractNumId w:val="42"/>
  </w:num>
  <w:num w:numId="34" w16cid:durableId="1169246688">
    <w:abstractNumId w:val="34"/>
  </w:num>
  <w:num w:numId="35" w16cid:durableId="1161046116">
    <w:abstractNumId w:val="26"/>
  </w:num>
  <w:num w:numId="36" w16cid:durableId="2061896636">
    <w:abstractNumId w:val="28"/>
  </w:num>
  <w:num w:numId="37" w16cid:durableId="354573989">
    <w:abstractNumId w:val="18"/>
  </w:num>
  <w:num w:numId="38" w16cid:durableId="1727028322">
    <w:abstractNumId w:val="33"/>
  </w:num>
  <w:num w:numId="39" w16cid:durableId="642151793">
    <w:abstractNumId w:val="27"/>
  </w:num>
  <w:num w:numId="40" w16cid:durableId="2140032298">
    <w:abstractNumId w:val="13"/>
  </w:num>
  <w:num w:numId="41" w16cid:durableId="1448504730">
    <w:abstractNumId w:val="11"/>
  </w:num>
  <w:num w:numId="42" w16cid:durableId="1831214755">
    <w:abstractNumId w:val="9"/>
  </w:num>
  <w:num w:numId="43" w16cid:durableId="363925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AE6"/>
    <w:rsid w:val="00034616"/>
    <w:rsid w:val="0006063C"/>
    <w:rsid w:val="000A174F"/>
    <w:rsid w:val="000B2DAE"/>
    <w:rsid w:val="000F7DC7"/>
    <w:rsid w:val="0015074B"/>
    <w:rsid w:val="001E5544"/>
    <w:rsid w:val="0025072A"/>
    <w:rsid w:val="00292427"/>
    <w:rsid w:val="0029639D"/>
    <w:rsid w:val="002B128E"/>
    <w:rsid w:val="00326F90"/>
    <w:rsid w:val="003F7BB2"/>
    <w:rsid w:val="0041169F"/>
    <w:rsid w:val="004A3861"/>
    <w:rsid w:val="004D0ECD"/>
    <w:rsid w:val="0057315A"/>
    <w:rsid w:val="005F5A0F"/>
    <w:rsid w:val="00676C23"/>
    <w:rsid w:val="0069615D"/>
    <w:rsid w:val="006977D9"/>
    <w:rsid w:val="0071006F"/>
    <w:rsid w:val="007676E9"/>
    <w:rsid w:val="007B4EC0"/>
    <w:rsid w:val="008E7F6B"/>
    <w:rsid w:val="0097712E"/>
    <w:rsid w:val="00994D78"/>
    <w:rsid w:val="009F216D"/>
    <w:rsid w:val="00A163CF"/>
    <w:rsid w:val="00A66CA8"/>
    <w:rsid w:val="00A67C51"/>
    <w:rsid w:val="00AA1D8D"/>
    <w:rsid w:val="00B47730"/>
    <w:rsid w:val="00B85E15"/>
    <w:rsid w:val="00BC6FC7"/>
    <w:rsid w:val="00C42B66"/>
    <w:rsid w:val="00C45344"/>
    <w:rsid w:val="00CA1962"/>
    <w:rsid w:val="00CB0664"/>
    <w:rsid w:val="00D13949"/>
    <w:rsid w:val="00E800FE"/>
    <w:rsid w:val="00F25630"/>
    <w:rsid w:val="00FB1269"/>
    <w:rsid w:val="00FC693F"/>
    <w:rsid w:val="00FE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65F56"/>
  <w14:defaultImageDpi w14:val="300"/>
  <w15:docId w15:val="{8D11A39C-AD80-446F-9C9A-92C7CF52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hoolTitle">
    <w:name w:val="SchoolTitle"/>
    <w:basedOn w:val="Normal"/>
    <w:pPr>
      <w:spacing w:after="40"/>
    </w:pPr>
    <w:rPr>
      <w:b/>
      <w:color w:val="1F3A5F"/>
      <w:sz w:val="32"/>
    </w:rPr>
  </w:style>
  <w:style w:type="paragraph" w:customStyle="1" w:styleId="DocTitle">
    <w:name w:val="DocTitle"/>
    <w:basedOn w:val="Normal"/>
    <w:pPr>
      <w:spacing w:after="80"/>
    </w:pPr>
    <w:rPr>
      <w:b/>
      <w:color w:val="1F1F1F"/>
      <w:sz w:val="27"/>
    </w:rPr>
  </w:style>
  <w:style w:type="paragraph" w:customStyle="1" w:styleId="TermBand">
    <w:name w:val="TermBand"/>
    <w:basedOn w:val="Normal"/>
    <w:pPr>
      <w:spacing w:before="160" w:after="120"/>
    </w:pPr>
    <w:rPr>
      <w:b/>
      <w:color w:val="FFFFFF"/>
      <w:sz w:val="24"/>
    </w:rPr>
  </w:style>
  <w:style w:type="paragraph" w:customStyle="1" w:styleId="SectionHead">
    <w:name w:val="SectionHead"/>
    <w:basedOn w:val="Normal"/>
    <w:pPr>
      <w:spacing w:before="80" w:after="40"/>
    </w:pPr>
    <w:rPr>
      <w:b/>
      <w:color w:val="1F3A5F"/>
    </w:rPr>
  </w:style>
  <w:style w:type="paragraph" w:customStyle="1" w:styleId="UnitHead">
    <w:name w:val="UnitHead"/>
    <w:basedOn w:val="Normal"/>
    <w:pPr>
      <w:spacing w:before="80" w:after="20"/>
    </w:pPr>
    <w:rPr>
      <w:b/>
      <w:color w:val="4F4F4F"/>
    </w:rPr>
  </w:style>
  <w:style w:type="paragraph" w:customStyle="1" w:styleId="MetaLine">
    <w:name w:val="MetaLine"/>
    <w:basedOn w:val="Normal"/>
    <w:pPr>
      <w:spacing w:before="40" w:after="80"/>
    </w:pPr>
    <w:rPr>
      <w:color w:val="444444"/>
    </w:rPr>
  </w:style>
  <w:style w:type="paragraph" w:customStyle="1" w:styleId="BodyLine">
    <w:name w:val="BodyLine"/>
    <w:basedOn w:val="Normal"/>
    <w:pPr>
      <w:spacing w:after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anuppal79@gmail.com</cp:lastModifiedBy>
  <cp:revision>2</cp:revision>
  <dcterms:created xsi:type="dcterms:W3CDTF">2026-03-13T04:21:00Z</dcterms:created>
  <dcterms:modified xsi:type="dcterms:W3CDTF">2026-03-13T04:21:00Z</dcterms:modified>
  <cp:category/>
</cp:coreProperties>
</file>