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Mathematics Worksheet</w:t>
        <w:br/>
        <w:t>Lines and Angles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</w:tcPr>
          <w:p>
            <w:r>
              <w:t>Name: ______________________</w:t>
            </w:r>
          </w:p>
        </w:tc>
        <w:tc>
          <w:tcPr>
            <w:tcW w:type="dxa" w:w="4680"/>
          </w:tcPr>
          <w:p>
            <w:pPr>
              <w:jc w:val="right"/>
            </w:pPr>
            <w:r>
              <w:t>Date: ______________</w:t>
            </w:r>
          </w:p>
        </w:tc>
      </w:tr>
    </w:tbl>
    <w:p>
      <w:pPr>
        <w:spacing w:after="2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>
              <w:t>Q.No.</w:t>
            </w:r>
          </w:p>
        </w:tc>
        <w:tc>
          <w:tcPr>
            <w:tcW w:type="dxa" w:w="3120"/>
          </w:tcPr>
          <w:p>
            <w:r>
              <w:t>Question Details</w:t>
            </w:r>
          </w:p>
        </w:tc>
        <w:tc>
          <w:tcPr>
            <w:tcW w:type="dxa" w:w="3120"/>
          </w:tcPr>
          <w:p>
            <w:r>
              <w:t>Marks</w:t>
            </w:r>
          </w:p>
        </w:tc>
      </w:tr>
      <w:tr>
        <w:tc>
          <w:tcPr>
            <w:tcW w:type="dxa" w:w="864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7632"/>
          </w:tcPr>
          <w:p>
            <w:r>
              <w:t>Two adjacent angles form 178°. If one angle is 108° then the other angle will be —</w:t>
              <w:br/>
              <w:t>(a) 170°      (b) 160°      (c) 70°      (d) 78°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864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7632"/>
          </w:tcPr>
          <w:p>
            <w:r>
              <w:t>Direction: Consider the following statement (A) and reason (R):</w:t>
              <w:br/>
              <w:t>A → The sum of V.O.A (Vertically Opposite Angles) is always 180°.</w:t>
              <w:br/>
              <w:t>R → V.O.A are equal.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864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7632"/>
          </w:tcPr>
          <w:p>
            <w:r>
              <w:t>In the given figure, lines AB and CD intersect at O. Ray OE is drawn.</w:t>
              <w:br/>
              <w:t>Find the values of x and y.</w:t>
            </w:r>
          </w:p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26080" cy="219456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ig3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0" cy="21945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864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7632"/>
          </w:tcPr>
          <w:p>
            <w:r>
              <w:t>In the given figure, AB || CD || EF.</w:t>
              <w:br/>
              <w:t>Find the measure of ∠CEF.</w:t>
            </w:r>
          </w:p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26080" cy="182880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ig4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864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7632"/>
          </w:tcPr>
          <w:p>
            <w:r>
              <w:t>Two angles are in the ratio 4:5. If they form a linear pair, find the difference between the two angles.</w:t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864"/>
          </w:tcPr>
          <w:p>
            <w:pPr>
              <w:jc w:val="center"/>
            </w:pPr>
            <w:r>
              <w:t>6</w:t>
            </w:r>
          </w:p>
        </w:tc>
        <w:tc>
          <w:tcPr>
            <w:tcW w:type="dxa" w:w="7632"/>
          </w:tcPr>
          <w:p>
            <w:r>
              <w:t>In the given figure, AB || ED || FG.</w:t>
              <w:br/>
              <w:t>Find the measure of ∠ABC.</w:t>
            </w:r>
          </w:p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926080" cy="219456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ig6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0" cy="21945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64"/>
          </w:tcPr>
          <w:p>
            <w:pPr>
              <w:jc w:val="center"/>
            </w:pPr>
            <w:r>
              <w:t>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