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D5E4" w14:textId="7A0E23A3" w:rsidR="0073164E" w:rsidRDefault="00FA2B36" w:rsidP="00A64F4E">
      <w:pPr>
        <w:pStyle w:val="Heading1"/>
        <w:jc w:val="center"/>
      </w:pPr>
      <w:r>
        <w:t>Vitamins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3164E" w14:paraId="524255A1" w14:textId="77777777">
        <w:tc>
          <w:tcPr>
            <w:tcW w:w="2160" w:type="dxa"/>
          </w:tcPr>
          <w:p w14:paraId="7A656E0E" w14:textId="77777777" w:rsidR="0073164E" w:rsidRDefault="00FA2B36">
            <w:r>
              <w:t>Vitamin</w:t>
            </w:r>
          </w:p>
        </w:tc>
        <w:tc>
          <w:tcPr>
            <w:tcW w:w="2160" w:type="dxa"/>
          </w:tcPr>
          <w:p w14:paraId="203C1450" w14:textId="77777777" w:rsidR="0073164E" w:rsidRDefault="00FA2B36">
            <w:r>
              <w:t>Symptoms of Deficiency</w:t>
            </w:r>
          </w:p>
        </w:tc>
        <w:tc>
          <w:tcPr>
            <w:tcW w:w="2160" w:type="dxa"/>
          </w:tcPr>
          <w:p w14:paraId="3BE3F2E4" w14:textId="77777777" w:rsidR="0073164E" w:rsidRDefault="00FA2B36">
            <w:r>
              <w:t>Sources of Food</w:t>
            </w:r>
          </w:p>
        </w:tc>
        <w:tc>
          <w:tcPr>
            <w:tcW w:w="2160" w:type="dxa"/>
          </w:tcPr>
          <w:p w14:paraId="32E9E6A7" w14:textId="77777777" w:rsidR="0073164E" w:rsidRDefault="00FA2B36">
            <w:r>
              <w:t>Deficiency Disease</w:t>
            </w:r>
          </w:p>
        </w:tc>
      </w:tr>
      <w:tr w:rsidR="0073164E" w14:paraId="07C0F66C" w14:textId="77777777">
        <w:tc>
          <w:tcPr>
            <w:tcW w:w="2160" w:type="dxa"/>
          </w:tcPr>
          <w:p w14:paraId="55DBEDD5" w14:textId="77777777" w:rsidR="0073164E" w:rsidRDefault="00FA2B36">
            <w:r>
              <w:t>Vitamin A</w:t>
            </w:r>
          </w:p>
        </w:tc>
        <w:tc>
          <w:tcPr>
            <w:tcW w:w="2160" w:type="dxa"/>
          </w:tcPr>
          <w:p w14:paraId="713FF73E" w14:textId="77777777" w:rsidR="0073164E" w:rsidRDefault="00FA2B36">
            <w:r>
              <w:t>Poor vision in dim light, dry eyes</w:t>
            </w:r>
          </w:p>
        </w:tc>
        <w:tc>
          <w:tcPr>
            <w:tcW w:w="2160" w:type="dxa"/>
          </w:tcPr>
          <w:p w14:paraId="3DFCF0D2" w14:textId="77777777" w:rsidR="0073164E" w:rsidRDefault="00FA2B36">
            <w:r>
              <w:t>Carrot, spinach, mango, milk, egg</w:t>
            </w:r>
          </w:p>
        </w:tc>
        <w:tc>
          <w:tcPr>
            <w:tcW w:w="2160" w:type="dxa"/>
          </w:tcPr>
          <w:p w14:paraId="2BAF8653" w14:textId="77777777" w:rsidR="0073164E" w:rsidRDefault="00FA2B36">
            <w:r>
              <w:t>Night blindness</w:t>
            </w:r>
          </w:p>
        </w:tc>
      </w:tr>
      <w:tr w:rsidR="0073164E" w14:paraId="5D60961E" w14:textId="77777777">
        <w:tc>
          <w:tcPr>
            <w:tcW w:w="2160" w:type="dxa"/>
          </w:tcPr>
          <w:p w14:paraId="10BA3FAA" w14:textId="09500131" w:rsidR="0073164E" w:rsidRDefault="00FA2B36">
            <w:r>
              <w:t>Vitamin B</w:t>
            </w:r>
            <w:r w:rsidR="00E351C0">
              <w:t xml:space="preserve">1 </w:t>
            </w:r>
          </w:p>
        </w:tc>
        <w:tc>
          <w:tcPr>
            <w:tcW w:w="2160" w:type="dxa"/>
          </w:tcPr>
          <w:p w14:paraId="54291999" w14:textId="77777777" w:rsidR="0073164E" w:rsidRDefault="00FA2B36">
            <w:r>
              <w:t>Weakness, tiredness, mouth sores, nerve problems</w:t>
            </w:r>
          </w:p>
        </w:tc>
        <w:tc>
          <w:tcPr>
            <w:tcW w:w="2160" w:type="dxa"/>
          </w:tcPr>
          <w:p w14:paraId="47C7EF4E" w14:textId="62A5DC1F" w:rsidR="0073164E" w:rsidRDefault="00FA2B36">
            <w:r>
              <w:t>Whole grains, pulses, milk, eggs, meat</w:t>
            </w:r>
            <w:r w:rsidR="00E351C0">
              <w:t>, nuts</w:t>
            </w:r>
          </w:p>
        </w:tc>
        <w:tc>
          <w:tcPr>
            <w:tcW w:w="2160" w:type="dxa"/>
          </w:tcPr>
          <w:p w14:paraId="5C344C51" w14:textId="1C179FC9" w:rsidR="0073164E" w:rsidRDefault="00FA2B36">
            <w:r>
              <w:t xml:space="preserve">Beriberi </w:t>
            </w:r>
          </w:p>
        </w:tc>
      </w:tr>
      <w:tr w:rsidR="0073164E" w14:paraId="4FC8CEE3" w14:textId="77777777">
        <w:tc>
          <w:tcPr>
            <w:tcW w:w="2160" w:type="dxa"/>
          </w:tcPr>
          <w:p w14:paraId="5D6BDCCE" w14:textId="77777777" w:rsidR="0073164E" w:rsidRDefault="00FA2B36">
            <w:r>
              <w:t>Vitamin C</w:t>
            </w:r>
          </w:p>
        </w:tc>
        <w:tc>
          <w:tcPr>
            <w:tcW w:w="2160" w:type="dxa"/>
          </w:tcPr>
          <w:p w14:paraId="0E02B7DC" w14:textId="77777777" w:rsidR="0073164E" w:rsidRDefault="00FA2B36">
            <w:r>
              <w:t>Bleeding gums, slow wound healing</w:t>
            </w:r>
          </w:p>
        </w:tc>
        <w:tc>
          <w:tcPr>
            <w:tcW w:w="2160" w:type="dxa"/>
          </w:tcPr>
          <w:p w14:paraId="1954316A" w14:textId="77777777" w:rsidR="0073164E" w:rsidRDefault="00FA2B36">
            <w:r>
              <w:t>Orange, lemon, amla, guava, tomato</w:t>
            </w:r>
          </w:p>
        </w:tc>
        <w:tc>
          <w:tcPr>
            <w:tcW w:w="2160" w:type="dxa"/>
          </w:tcPr>
          <w:p w14:paraId="4DF875B7" w14:textId="77777777" w:rsidR="0073164E" w:rsidRDefault="00FA2B36">
            <w:r>
              <w:t>Scurvy</w:t>
            </w:r>
          </w:p>
        </w:tc>
      </w:tr>
      <w:tr w:rsidR="0073164E" w14:paraId="08B11979" w14:textId="77777777">
        <w:tc>
          <w:tcPr>
            <w:tcW w:w="2160" w:type="dxa"/>
          </w:tcPr>
          <w:p w14:paraId="65B5B966" w14:textId="77777777" w:rsidR="0073164E" w:rsidRDefault="00FA2B36">
            <w:r>
              <w:t>Vitamin D</w:t>
            </w:r>
          </w:p>
        </w:tc>
        <w:tc>
          <w:tcPr>
            <w:tcW w:w="2160" w:type="dxa"/>
          </w:tcPr>
          <w:p w14:paraId="07965D38" w14:textId="75457721" w:rsidR="0073164E" w:rsidRDefault="00FA2B36">
            <w:r>
              <w:t>Sof</w:t>
            </w:r>
            <w:r w:rsidR="00C26D1B">
              <w:t>t and</w:t>
            </w:r>
            <w:r>
              <w:t xml:space="preserve"> </w:t>
            </w:r>
            <w:r w:rsidR="00C26D1B">
              <w:t xml:space="preserve">bent </w:t>
            </w:r>
            <w:r>
              <w:t>bones</w:t>
            </w:r>
          </w:p>
        </w:tc>
        <w:tc>
          <w:tcPr>
            <w:tcW w:w="2160" w:type="dxa"/>
          </w:tcPr>
          <w:p w14:paraId="2E82D4AF" w14:textId="77777777" w:rsidR="0073164E" w:rsidRDefault="00FA2B36">
            <w:r>
              <w:t>Sunlight, fortified milk, egg yolk, fish</w:t>
            </w:r>
          </w:p>
        </w:tc>
        <w:tc>
          <w:tcPr>
            <w:tcW w:w="2160" w:type="dxa"/>
          </w:tcPr>
          <w:p w14:paraId="6C25FEE9" w14:textId="77777777" w:rsidR="0073164E" w:rsidRDefault="00FA2B36">
            <w:r>
              <w:t>Rickets</w:t>
            </w:r>
          </w:p>
        </w:tc>
      </w:tr>
      <w:tr w:rsidR="0073164E" w14:paraId="1FC2D676" w14:textId="77777777">
        <w:tc>
          <w:tcPr>
            <w:tcW w:w="2160" w:type="dxa"/>
          </w:tcPr>
          <w:p w14:paraId="0D2AEEEF" w14:textId="77777777" w:rsidR="0073164E" w:rsidRDefault="00FA2B36">
            <w:r>
              <w:t>Vitamin E</w:t>
            </w:r>
          </w:p>
        </w:tc>
        <w:tc>
          <w:tcPr>
            <w:tcW w:w="2160" w:type="dxa"/>
          </w:tcPr>
          <w:p w14:paraId="431CEE3D" w14:textId="44CF8D4D" w:rsidR="0073164E" w:rsidRDefault="00FA2B36">
            <w:r>
              <w:t>Muscle weakness</w:t>
            </w:r>
            <w:r w:rsidR="00012AFA">
              <w:t xml:space="preserve">, weak immune system </w:t>
            </w:r>
          </w:p>
        </w:tc>
        <w:tc>
          <w:tcPr>
            <w:tcW w:w="2160" w:type="dxa"/>
          </w:tcPr>
          <w:p w14:paraId="47EC6277" w14:textId="77777777" w:rsidR="0073164E" w:rsidRDefault="00FA2B36">
            <w:r>
              <w:t>Nuts, seeds, vegetable oils, spinach</w:t>
            </w:r>
          </w:p>
        </w:tc>
        <w:tc>
          <w:tcPr>
            <w:tcW w:w="2160" w:type="dxa"/>
          </w:tcPr>
          <w:p w14:paraId="528A53EF" w14:textId="77777777" w:rsidR="0073164E" w:rsidRDefault="00FA2B36">
            <w:r>
              <w:t>Muscle and nerve problems (rare)</w:t>
            </w:r>
          </w:p>
        </w:tc>
      </w:tr>
      <w:tr w:rsidR="0073164E" w14:paraId="1BCDA167" w14:textId="77777777">
        <w:tc>
          <w:tcPr>
            <w:tcW w:w="2160" w:type="dxa"/>
          </w:tcPr>
          <w:p w14:paraId="10AA3028" w14:textId="77777777" w:rsidR="0073164E" w:rsidRDefault="00FA2B36">
            <w:r>
              <w:t>Vitamin K</w:t>
            </w:r>
          </w:p>
        </w:tc>
        <w:tc>
          <w:tcPr>
            <w:tcW w:w="2160" w:type="dxa"/>
          </w:tcPr>
          <w:p w14:paraId="6C06265A" w14:textId="7DB28F3A" w:rsidR="0073164E" w:rsidRDefault="00FA2B36">
            <w:r>
              <w:t>Excessive bl</w:t>
            </w:r>
            <w:r w:rsidR="0049251F">
              <w:t xml:space="preserve">ood loss from injured </w:t>
            </w:r>
            <w:r w:rsidR="00CC6353">
              <w:t xml:space="preserve">or cut surfaces </w:t>
            </w:r>
            <w:r>
              <w:t>due to poor clotting</w:t>
            </w:r>
          </w:p>
        </w:tc>
        <w:tc>
          <w:tcPr>
            <w:tcW w:w="2160" w:type="dxa"/>
          </w:tcPr>
          <w:p w14:paraId="42FA30E6" w14:textId="77777777" w:rsidR="0073164E" w:rsidRDefault="00FA2B36">
            <w:r>
              <w:t>Green leafy vegetables, broccoli</w:t>
            </w:r>
          </w:p>
        </w:tc>
        <w:tc>
          <w:tcPr>
            <w:tcW w:w="2160" w:type="dxa"/>
          </w:tcPr>
          <w:p w14:paraId="1332B81B" w14:textId="77777777" w:rsidR="0073164E" w:rsidRDefault="00FA2B36">
            <w:r>
              <w:t>Delayed blood clotting / excessive bleeding</w:t>
            </w:r>
          </w:p>
        </w:tc>
      </w:tr>
    </w:tbl>
    <w:p w14:paraId="3AB5ABBC" w14:textId="77777777" w:rsidR="00FA2B36" w:rsidRDefault="00FA2B36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3939592">
    <w:abstractNumId w:val="8"/>
  </w:num>
  <w:num w:numId="2" w16cid:durableId="1183739851">
    <w:abstractNumId w:val="6"/>
  </w:num>
  <w:num w:numId="3" w16cid:durableId="1592935074">
    <w:abstractNumId w:val="5"/>
  </w:num>
  <w:num w:numId="4" w16cid:durableId="525565141">
    <w:abstractNumId w:val="4"/>
  </w:num>
  <w:num w:numId="5" w16cid:durableId="1397821999">
    <w:abstractNumId w:val="7"/>
  </w:num>
  <w:num w:numId="6" w16cid:durableId="1239680023">
    <w:abstractNumId w:val="3"/>
  </w:num>
  <w:num w:numId="7" w16cid:durableId="37558238">
    <w:abstractNumId w:val="2"/>
  </w:num>
  <w:num w:numId="8" w16cid:durableId="991983357">
    <w:abstractNumId w:val="1"/>
  </w:num>
  <w:num w:numId="9" w16cid:durableId="177852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AFA"/>
    <w:rsid w:val="00034616"/>
    <w:rsid w:val="0006063C"/>
    <w:rsid w:val="0015074B"/>
    <w:rsid w:val="0029639D"/>
    <w:rsid w:val="00326F90"/>
    <w:rsid w:val="0049251F"/>
    <w:rsid w:val="006E09F4"/>
    <w:rsid w:val="006F47A1"/>
    <w:rsid w:val="0073164E"/>
    <w:rsid w:val="00A64F4E"/>
    <w:rsid w:val="00AA1D8D"/>
    <w:rsid w:val="00B47730"/>
    <w:rsid w:val="00C26D1B"/>
    <w:rsid w:val="00CB0664"/>
    <w:rsid w:val="00CC1D7E"/>
    <w:rsid w:val="00CC6353"/>
    <w:rsid w:val="00E351C0"/>
    <w:rsid w:val="00FA2B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A119EF"/>
  <w14:defaultImageDpi w14:val="300"/>
  <w15:docId w15:val="{1C96AAAC-1A3B-A04F-B64D-93041B80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bani17.biswas@gmail.com</cp:lastModifiedBy>
  <cp:revision>2</cp:revision>
  <dcterms:created xsi:type="dcterms:W3CDTF">2026-07-13T04:10:00Z</dcterms:created>
  <dcterms:modified xsi:type="dcterms:W3CDTF">2026-07-13T04:10:00Z</dcterms:modified>
  <cp:category/>
</cp:coreProperties>
</file>