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DIGITAL ADVERTISING AND COMPUTER SCIENCE</w:t>
        <w:br/>
        <w:t>A 20-PAGE THESIS PROJECT FOR CLASS VII</w:t>
      </w:r>
    </w:p>
    <w:p>
      <w:pPr>
        <w:jc w:val="center"/>
      </w:pPr>
      <w:r>
        <w:rPr>
          <w:i/>
        </w:rPr>
        <w:br/>
        <w:t>Prepared for Class VII Students</w:t>
        <w:br/>
        <w:t>Academic Project on Digital Computer Science and Advertising</w:t>
      </w:r>
    </w:p>
    <w:p>
      <w:r>
        <w:rPr>
          <w:b/>
          <w:sz w:val="32"/>
        </w:rPr>
        <w:t>Certificate</w:t>
      </w:r>
    </w:p>
    <w:p>
      <w:pPr/>
      <w:r>
        <w:rPr>
          <w:sz w:val="24"/>
        </w:rPr>
        <w:t>This project is submitted as part of the Computer Science practical and activity-based learning programme for Class VII. It demonstrates how traditional advertising can be transformed into digital advertising using computers, mobile devices, and simple software tools.</w:t>
      </w:r>
    </w:p>
    <w:p>
      <w:r>
        <w:rPr>
          <w:b/>
          <w:sz w:val="32"/>
        </w:rPr>
        <w:t>Acknowledgement</w:t>
      </w:r>
    </w:p>
    <w:p>
      <w:pPr/>
      <w:r>
        <w:rPr>
          <w:sz w:val="24"/>
        </w:rPr>
        <w:t>I would like to thank my teachers, parents, classmates, and local community members who helped me understand how advertisements work in daily life. Their guidance made it possible to prepare this project from a computer science perspective.</w:t>
      </w:r>
    </w:p>
    <w:p>
      <w:r>
        <w:rPr>
          <w:b/>
          <w:sz w:val="32"/>
        </w:rPr>
        <w:t>Index</w:t>
      </w:r>
    </w:p>
    <w:p>
      <w:pPr/>
      <w:r>
        <w:rPr>
          <w:sz w:val="24"/>
        </w:rPr>
        <w:t>1. Introduction</w:t>
        <w:br/>
        <w:t>2. What is Advertising?</w:t>
        <w:br/>
        <w:t>3. Evolution of Advertising</w:t>
        <w:br/>
        <w:t>4. Traditional and Digital Advertising</w:t>
        <w:br/>
        <w:t>5. Role of Computers in Advertising</w:t>
        <w:br/>
        <w:t>6. Components of a Digital Advertisement</w:t>
        <w:br/>
        <w:t>7. Computer Science Concepts</w:t>
        <w:br/>
        <w:t>8. Digital Design Tools</w:t>
        <w:br/>
        <w:t>9. Creating a Digital Poster</w:t>
        <w:br/>
        <w:t>10. Creating a Video Advertisement</w:t>
        <w:br/>
        <w:t>11. Data and Audience Analysis</w:t>
        <w:br/>
        <w:t>12. Social Media and Online Platforms</w:t>
        <w:br/>
        <w:t>13. Safety and Ethics</w:t>
        <w:br/>
        <w:t>14. Step-by-Step Activity</w:t>
        <w:br/>
        <w:t>15. Case Study</w:t>
        <w:br/>
        <w:t>16. Group Project</w:t>
        <w:br/>
        <w:t>17. Learning Outcomes</w:t>
        <w:br/>
        <w:t>18. Viva Questions</w:t>
        <w:br/>
        <w:t>19. Conclusion</w:t>
        <w:br/>
        <w:t>20. Bibliography</w:t>
      </w:r>
    </w:p>
    <w:p>
      <w:r>
        <w:rPr>
          <w:b/>
          <w:sz w:val="32"/>
        </w:rPr>
        <w:t>1. Introduction</w:t>
      </w:r>
    </w:p>
    <w:p>
      <w:pPr/>
      <w:r>
        <w:rPr>
          <w:sz w:val="24"/>
        </w:rPr>
        <w:t>Advertising is an important method of communication. Earlier, people used drums, town criers, posters, and hand-painted boards to inform others about products and services. Today, computers and the Internet have changed the way advertisements are created and shared. This project explains how students can use digital tools to design advertisements and learn basic computer science skills at the same time.</w:t>
      </w:r>
    </w:p>
    <w:p>
      <w:r>
        <w:rPr>
          <w:b/>
          <w:sz w:val="32"/>
        </w:rPr>
        <w:t>2. What is Advertising?</w:t>
      </w:r>
    </w:p>
    <w:p>
      <w:pPr/>
      <w:r>
        <w:rPr>
          <w:sz w:val="24"/>
        </w:rPr>
        <w:t>Advertising is the process of informing and persuading people to buy a product, use a service, or support a social cause. Examples include advertisements for toothpaste, books, toys, school events, cleanliness campaigns, and health awareness programmes. The main purpose is to communicate a message clearly and attract attention.</w:t>
      </w:r>
    </w:p>
    <w:p>
      <w:r>
        <w:rPr>
          <w:b/>
          <w:sz w:val="32"/>
        </w:rPr>
        <w:t>3. Evolution of Advertising</w:t>
      </w:r>
    </w:p>
    <w:p>
      <w:pPr/>
      <w:r>
        <w:rPr>
          <w:sz w:val="24"/>
        </w:rPr>
        <w:t>Advertising has evolved from oral announcements to printed newspapers, radio, television, and finally digital media. In India, some of the earliest newspaper advertisements appeared in the Bengal Gazette in 1780. Today, advertisements can reach millions of people instantly through mobile phones and social media platforms.</w:t>
      </w:r>
    </w:p>
    <w:p>
      <w:r>
        <w:rPr>
          <w:b/>
          <w:sz w:val="32"/>
        </w:rPr>
        <w:t>4. Traditional and Digital Advertising</w:t>
      </w:r>
    </w:p>
    <w:p>
      <w:pPr/>
      <w:r>
        <w:rPr>
          <w:sz w:val="24"/>
        </w:rPr>
        <w:t>Traditional advertising includes newspapers, magazines, posters, banners, and television commercials. Digital advertising includes social media posts, online videos, websites, mobile applications, and animated presentations. Digital advertisements are easier to edit, share, and update.</w:t>
      </w:r>
    </w:p>
    <w:p>
      <w:r>
        <w:rPr>
          <w:b/>
          <w:sz w:val="32"/>
        </w:rPr>
        <w:t>5. Role of Computers in Advertising</w:t>
      </w:r>
    </w:p>
    <w:p>
      <w:pPr/>
      <w:r>
        <w:rPr>
          <w:sz w:val="24"/>
        </w:rPr>
        <w:t>Computers help in typing text, editing photographs, drawing logos, adding colours, creating animations, recording audio, and making videos. A computer can also store customer information, analyse audience responses, and help businesses improve their advertisements.</w:t>
      </w:r>
    </w:p>
    <w:p>
      <w:r>
        <w:rPr>
          <w:b/>
          <w:sz w:val="32"/>
        </w:rPr>
        <w:t>6. Components of a Digital Advertisement</w:t>
      </w:r>
    </w:p>
    <w:p>
      <w:pPr/>
      <w:r>
        <w:rPr>
          <w:sz w:val="24"/>
        </w:rPr>
        <w:t>A good digital advertisement contains a title, logo, slogan, attractive visuals, limited text, contact information, and a clear call to action such as ‘Visit Today’, ‘Buy Now’, or ‘Join the Campaign’. These elements work together to make the advertisement memorable.</w:t>
      </w:r>
    </w:p>
    <w:p>
      <w:r>
        <w:rPr>
          <w:b/>
          <w:sz w:val="32"/>
        </w:rPr>
        <w:t>7. Computer Science Concepts</w:t>
      </w:r>
    </w:p>
    <w:p>
      <w:pPr/>
      <w:r>
        <w:rPr>
          <w:sz w:val="24"/>
        </w:rPr>
        <w:t>This project introduces simple computer science ideas such as input, process, and output. The user gives input by typing text or selecting images. The software processes the information by arranging colours, fonts, and animations. The final poster or video becomes the output.</w:t>
      </w:r>
    </w:p>
    <w:p>
      <w:r>
        <w:rPr>
          <w:b/>
          <w:sz w:val="32"/>
        </w:rPr>
        <w:t>8. Digital Design Tools</w:t>
      </w:r>
    </w:p>
    <w:p>
      <w:pPr/>
      <w:r>
        <w:rPr>
          <w:sz w:val="24"/>
        </w:rPr>
        <w:t>Students can use Microsoft PowerPoint, Paint, Canva, Google Slides, or LibreOffice Impress to create posters and presentations. These tools provide templates, shapes, fonts, and image-editing features that make designing easier for beginners.</w:t>
      </w:r>
    </w:p>
    <w:p>
      <w:r>
        <w:rPr>
          <w:b/>
          <w:sz w:val="32"/>
        </w:rPr>
        <w:t>9. Creating a Digital Poster</w:t>
      </w:r>
    </w:p>
    <w:p>
      <w:pPr/>
      <w:r>
        <w:rPr>
          <w:sz w:val="24"/>
        </w:rPr>
        <w:t>To create a digital poster: open PowerPoint or Canva, choose a blank page, add a title, insert a picture, write a short slogan, use bright but readable colours, and save the file as an image or PDF. The poster should be simple, attractive, and easy to understand.</w:t>
      </w:r>
    </w:p>
    <w:p>
      <w:r>
        <w:rPr>
          <w:b/>
          <w:sz w:val="32"/>
        </w:rPr>
        <w:t>10. Creating a Video Advertisement</w:t>
      </w:r>
    </w:p>
    <w:p>
      <w:pPr/>
      <w:r>
        <w:rPr>
          <w:sz w:val="24"/>
        </w:rPr>
        <w:t>A video advertisement can be made by planning a short script, taking photographs or video clips, adding background music, inserting text captions, and exporting the final video. A 30-second advertisement is usually enough to communicate one clear message.</w:t>
      </w:r>
    </w:p>
    <w:p>
      <w:r>
        <w:rPr>
          <w:b/>
          <w:sz w:val="32"/>
        </w:rPr>
        <w:t>11. Data and Audience Analysis</w:t>
      </w:r>
    </w:p>
    <w:p>
      <w:pPr/>
      <w:r>
        <w:rPr>
          <w:sz w:val="24"/>
        </w:rPr>
        <w:t>Digital advertising often uses data to understand the audience. Students can conduct a small survey asking classmates which advertisement they remember most, which colours they prefer, and whether they understood the message. The results can be shown in a simple table or bar graph.</w:t>
      </w:r>
    </w:p>
    <w:p>
      <w:r>
        <w:rPr>
          <w:b/>
          <w:sz w:val="32"/>
        </w:rPr>
        <w:t>12. Social Media and Online Platforms</w:t>
      </w:r>
    </w:p>
    <w:p>
      <w:pPr/>
      <w:r>
        <w:rPr>
          <w:sz w:val="24"/>
        </w:rPr>
        <w:t>Social media platforms such as YouTube, Instagram, Facebook, and WhatsApp allow advertisements to reach many people quickly. Businesses choose different platforms depending on the age, interests, and location of their audience.</w:t>
      </w:r>
    </w:p>
    <w:p>
      <w:r>
        <w:rPr>
          <w:b/>
          <w:sz w:val="32"/>
        </w:rPr>
        <w:t>13. Safety and Ethics</w:t>
      </w:r>
    </w:p>
    <w:p>
      <w:pPr/>
      <w:r>
        <w:rPr>
          <w:sz w:val="24"/>
        </w:rPr>
        <w:t>Digital advertising must be truthful and respectful. Students should not copy images without permission, should avoid false claims, and must protect personal information while working online. Ethical advertising builds trust and protects the rights of the audience.</w:t>
      </w:r>
    </w:p>
    <w:p>
      <w:r>
        <w:rPr>
          <w:b/>
          <w:sz w:val="32"/>
        </w:rPr>
        <w:t>14. Step-by-Step Classroom Activity</w:t>
      </w:r>
    </w:p>
    <w:p>
      <w:pPr/>
      <w:r>
        <w:rPr>
          <w:sz w:val="24"/>
        </w:rPr>
        <w:t>Activity:</w:t>
        <w:br/>
        <w:t>1. Identify a local business such as a bakery, stationery shop, or tailor.</w:t>
        <w:br/>
        <w:t>2. Ask what product they want to promote.</w:t>
        <w:br/>
        <w:t>3. Write a slogan.</w:t>
        <w:br/>
        <w:t>4. Draw a logo.</w:t>
        <w:br/>
        <w:t>5. Create a digital poster using PowerPoint.</w:t>
        <w:br/>
        <w:t>6. Present it to the class.</w:t>
        <w:br/>
        <w:t>This activity combines creativity, communication, and computer skills.</w:t>
      </w:r>
    </w:p>
    <w:p>
      <w:r>
        <w:rPr>
          <w:b/>
          <w:sz w:val="32"/>
        </w:rPr>
        <w:t>15. Case Study: Local Bakery Advertisement</w:t>
      </w:r>
    </w:p>
    <w:p>
      <w:pPr/>
      <w:r>
        <w:rPr>
          <w:sz w:val="24"/>
        </w:rPr>
        <w:t>Business: Sweet Smile Bakery</w:t>
        <w:br/>
        <w:t>Product: Fresh Cupcakes</w:t>
        <w:br/>
        <w:t>Slogan: ‘Fresh Every Day, Sweet in Every Bite!’</w:t>
        <w:br/>
        <w:t>Digital Features: bright colours, cupcake image, contact number, and a call to action ‘Order Today’. This example shows how a small local business can use digital advertising to attract more customers.</w:t>
      </w:r>
    </w:p>
    <w:p>
      <w:r>
        <w:rPr>
          <w:b/>
          <w:sz w:val="32"/>
        </w:rPr>
        <w:t>16. Group Project for Students</w:t>
      </w:r>
    </w:p>
    <w:p>
      <w:pPr/>
      <w:r>
        <w:rPr>
          <w:sz w:val="24"/>
        </w:rPr>
        <w:t>Students can work in groups of four. One student collects information, another writes the content, the third designs the poster, and the fourth presents the final project. Teamwork improves communication and problem-solving abilities.</w:t>
      </w:r>
    </w:p>
    <w:p>
      <w:r>
        <w:rPr>
          <w:b/>
          <w:sz w:val="32"/>
        </w:rPr>
        <w:t>17. Learning Outcomes</w:t>
      </w:r>
    </w:p>
    <w:p>
      <w:pPr/>
      <w:r>
        <w:rPr>
          <w:sz w:val="24"/>
        </w:rPr>
        <w:t>After completing this project, students will be able to explain the meaning of advertising, identify elements of a digital advertisement, use simple design software, create a poster or video advertisement, understand basic computer science concepts, and follow ethical practices while using digital tools.</w:t>
      </w:r>
    </w:p>
    <w:p>
      <w:r>
        <w:rPr>
          <w:b/>
          <w:sz w:val="32"/>
        </w:rPr>
        <w:t>18. Viva Voce Questions</w:t>
      </w:r>
    </w:p>
    <w:p>
      <w:pPr/>
      <w:r>
        <w:rPr>
          <w:sz w:val="24"/>
        </w:rPr>
        <w:t>1. What is digital advertising?</w:t>
        <w:br/>
        <w:t>2. Name two traditional advertising methods.</w:t>
        <w:br/>
        <w:t>3. What is a slogan?</w:t>
        <w:br/>
        <w:t>4. Which software can be used to create a poster?</w:t>
        <w:br/>
        <w:t>5. Why is colour important in advertisements?</w:t>
        <w:br/>
        <w:t>6. What is a call to action?</w:t>
        <w:br/>
        <w:t>7. Why should we avoid plagiarism?</w:t>
        <w:br/>
        <w:t>8. What is the difference between input and output in a computer system?</w:t>
        <w:br/>
        <w:t>9. How can social media help businesses?</w:t>
        <w:br/>
        <w:t>10. What did you learn from this project?</w:t>
      </w:r>
    </w:p>
    <w:p>
      <w:r>
        <w:rPr>
          <w:b/>
          <w:sz w:val="32"/>
        </w:rPr>
        <w:t>19. Conclusion</w:t>
      </w:r>
    </w:p>
    <w:p>
      <w:pPr/>
      <w:r>
        <w:rPr>
          <w:sz w:val="24"/>
        </w:rPr>
        <w:t>Advertising has changed from simple announcements to advanced digital communication. Computers make it possible to design attractive posters, edit images, create animations, and share information with a large audience. Through this project, Class VII students learn not only how advertisements are created but also how digital technology, creativity, ethics, and communication work together in modern computer science.</w:t>
      </w:r>
    </w:p>
    <w:p>
      <w:r>
        <w:rPr>
          <w:b/>
          <w:sz w:val="32"/>
        </w:rPr>
        <w:t>20. Bibliography</w:t>
      </w:r>
    </w:p>
    <w:p>
      <w:pPr/>
      <w:r>
        <w:rPr>
          <w:sz w:val="24"/>
        </w:rPr>
        <w:t>1. Kaushal Bodh – Grade 8, Project 6: Creating Advertisements.</w:t>
        <w:br/>
        <w:t>2. NCERT Computer Science and ICT resources.</w:t>
        <w:br/>
        <w:t>3. Microsoft PowerPoint Help Centre.</w:t>
        <w:br/>
        <w:t>4. Canva Design Tutorials.</w:t>
        <w:br/>
        <w:t>5. Educational articles on digital media and computer applications.</w:t>
      </w:r>
    </w:p>
    <w:p>
      <w:r>
        <w:rPr>
          <w:b/>
          <w:sz w:val="32"/>
        </w:rPr>
        <w:t>Student Reflection Page 1</w:t>
      </w:r>
    </w:p>
    <w:p>
      <w:r>
        <w:rPr>
          <w:sz w:val="24"/>
        </w:rPr>
        <w:t>Write what you observed while creating the advertisement, what difficulties you faced, how your group solved the problem, what computer tools you used, and what you would improve next time. You may also paste screenshots, sketches, or printed copies of your digital poster on this page.</w:t>
      </w:r>
    </w:p>
    <w:p>
      <w:r>
        <w:rPr>
          <w:b/>
          <w:sz w:val="32"/>
        </w:rPr>
        <w:t>Student Reflection Page 2</w:t>
      </w:r>
    </w:p>
    <w:p>
      <w:r>
        <w:rPr>
          <w:sz w:val="24"/>
        </w:rPr>
        <w:t>Write what you observed while creating the advertisement, what difficulties you faced, how your group solved the problem, what computer tools you used, and what you would improve next time. You may also paste screenshots, sketches, or printed copies of your digital poster on this page.</w:t>
      </w:r>
    </w:p>
    <w:p>
      <w:r>
        <w:rPr>
          <w:b/>
          <w:sz w:val="32"/>
        </w:rPr>
        <w:t>Student Reflection Page 3</w:t>
      </w:r>
    </w:p>
    <w:p>
      <w:r>
        <w:rPr>
          <w:sz w:val="24"/>
        </w:rPr>
        <w:t>Write what you observed while creating the advertisement, what difficulties you faced, how your group solved the problem, what computer tools you used, and what you would improve next time. You may also paste screenshots, sketches, or printed copies of your digital poster on this page.</w:t>
      </w:r>
    </w:p>
    <w:p>
      <w:r>
        <w:rPr>
          <w:b/>
          <w:sz w:val="32"/>
        </w:rPr>
        <w:t>Student Reflection Page 4</w:t>
      </w:r>
    </w:p>
    <w:p>
      <w:r>
        <w:rPr>
          <w:sz w:val="24"/>
        </w:rPr>
        <w:t>Write what you observed while creating the advertisement, what difficulties you faced, how your group solved the problem, what computer tools you used, and what you would improve next time. You may also paste screenshots, sketches, or printed copies of your digital poster on this page.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