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C4CD9" w14:textId="77777777" w:rsidR="00172141" w:rsidRPr="00FE013B" w:rsidRDefault="00FE013B">
      <w:pPr>
        <w:pStyle w:val="Heading1"/>
        <w:rPr>
          <w:sz w:val="32"/>
          <w:szCs w:val="32"/>
        </w:rPr>
      </w:pPr>
      <w:r>
        <w:t xml:space="preserve">                                     </w:t>
      </w:r>
      <w:r w:rsidRPr="00FE013B">
        <w:rPr>
          <w:sz w:val="32"/>
          <w:szCs w:val="32"/>
        </w:rPr>
        <w:t xml:space="preserve">  </w:t>
      </w:r>
      <w:r w:rsidR="005467C4" w:rsidRPr="00FE013B">
        <w:rPr>
          <w:sz w:val="32"/>
          <w:szCs w:val="32"/>
        </w:rPr>
        <w:t xml:space="preserve">Story Writing </w:t>
      </w:r>
    </w:p>
    <w:p w14:paraId="209CE2D9" w14:textId="77777777" w:rsidR="00172141" w:rsidRDefault="005467C4">
      <w:pPr>
        <w:pStyle w:val="Heading2"/>
      </w:pPr>
      <w:r>
        <w:t>Definition</w:t>
      </w:r>
    </w:p>
    <w:p w14:paraId="3DB75348" w14:textId="77777777" w:rsidR="00172141" w:rsidRDefault="005467C4">
      <w:r>
        <w:t>A story is a piece of creative writing that narrates a sequence of events involving characters, a setting, and a plot. It is written to entertain, inspire, or convey a moral lesson.</w:t>
      </w:r>
      <w:r>
        <w:br/>
        <w:t>Every good story has a beginning, a middle, and an ending.</w:t>
      </w:r>
    </w:p>
    <w:p w14:paraId="3D02D0B1" w14:textId="77777777" w:rsidR="00172141" w:rsidRDefault="005467C4">
      <w:pPr>
        <w:pStyle w:val="Heading2"/>
      </w:pPr>
      <w:r>
        <w:t>Elements of a Story</w:t>
      </w:r>
    </w:p>
    <w:p w14:paraId="300CE07B" w14:textId="77777777" w:rsidR="00172141" w:rsidRDefault="005467C4">
      <w:r>
        <w:t>Title: Short and attractive; gives an idea about the story.</w:t>
      </w:r>
    </w:p>
    <w:p w14:paraId="790CA1C7" w14:textId="77777777" w:rsidR="00172141" w:rsidRDefault="005467C4">
      <w:r>
        <w:t>Plot: Sequence of events including the problem and solution.</w:t>
      </w:r>
    </w:p>
    <w:p w14:paraId="74A739FD" w14:textId="77777777" w:rsidR="00172141" w:rsidRDefault="005467C4">
      <w:r>
        <w:t>Setting: Time and place where the story happens.</w:t>
      </w:r>
    </w:p>
    <w:p w14:paraId="4E6891ED" w14:textId="77777777" w:rsidR="00172141" w:rsidRDefault="005467C4">
      <w:r>
        <w:t>Characters: People or animals in the story.</w:t>
      </w:r>
    </w:p>
    <w:p w14:paraId="1CB3040C" w14:textId="77777777" w:rsidR="00172141" w:rsidRDefault="005467C4">
      <w:r>
        <w:t>Moral: The lesson learnt from the story.</w:t>
      </w:r>
    </w:p>
    <w:p w14:paraId="1AAEF6C3" w14:textId="77777777" w:rsidR="00172141" w:rsidRDefault="005467C4">
      <w:pPr>
        <w:pStyle w:val="Heading2"/>
      </w:pPr>
      <w:r>
        <w:t>Steps to Write a Story</w:t>
      </w:r>
    </w:p>
    <w:p w14:paraId="453D455F" w14:textId="77777777" w:rsidR="00172141" w:rsidRDefault="005467C4">
      <w:r>
        <w:t>Read the outline carefully.</w:t>
      </w:r>
    </w:p>
    <w:p w14:paraId="5A9B1FA2" w14:textId="77777777" w:rsidR="00172141" w:rsidRDefault="005467C4">
      <w:r>
        <w:t>Arrange the points in order.</w:t>
      </w:r>
    </w:p>
    <w:p w14:paraId="0C1966B1" w14:textId="77777777" w:rsidR="00172141" w:rsidRDefault="005467C4">
      <w:r>
        <w:t>Give a suitable title.</w:t>
      </w:r>
    </w:p>
    <w:p w14:paraId="6BBF302A" w14:textId="2BAC37FD" w:rsidR="000873D4" w:rsidRDefault="000873D4">
      <w:r>
        <w:t>Word limit – 120- 1</w:t>
      </w:r>
      <w:r w:rsidR="002E29F6">
        <w:t>4</w:t>
      </w:r>
      <w:r>
        <w:t>0 words</w:t>
      </w:r>
    </w:p>
    <w:p w14:paraId="54808478" w14:textId="77777777" w:rsidR="00C73B22" w:rsidRDefault="00C73B22" w:rsidP="00DD71A1">
      <w:r>
        <w:t>Use simple and clear language.</w:t>
      </w:r>
    </w:p>
    <w:p w14:paraId="6166D951" w14:textId="77777777" w:rsidR="00C73B22" w:rsidRDefault="00C73B22" w:rsidP="00DD71A1">
      <w:r>
        <w:t>Maintain the correct sequence.</w:t>
      </w:r>
    </w:p>
    <w:p w14:paraId="41ABDD94" w14:textId="77777777" w:rsidR="00C73B22" w:rsidRDefault="00C73B22" w:rsidP="00DD71A1">
      <w:r>
        <w:t>Use paragraphs.</w:t>
      </w:r>
    </w:p>
    <w:p w14:paraId="796058D8" w14:textId="77777777" w:rsidR="00C73B22" w:rsidRDefault="00C73B22" w:rsidP="00DD71A1">
      <w:r>
        <w:t>Check grammar, punctuation and spelling.</w:t>
      </w:r>
    </w:p>
    <w:p w14:paraId="003D4DC2" w14:textId="53D9E183" w:rsidR="00C73B22" w:rsidRDefault="00C73B22" w:rsidP="00DD71A1">
      <w:r>
        <w:t>End with a moral whenever appropriate.</w:t>
      </w:r>
      <w:r w:rsidR="0052642A">
        <w:t xml:space="preserve"> (If applicable write at the end)</w:t>
      </w:r>
    </w:p>
    <w:p w14:paraId="458549CD" w14:textId="77777777" w:rsidR="00172141" w:rsidRDefault="005467C4">
      <w:r>
        <w:t>Write in simple past tense.</w:t>
      </w:r>
    </w:p>
    <w:p w14:paraId="256D0B7A" w14:textId="77777777" w:rsidR="00172141" w:rsidRDefault="005467C4">
      <w:r>
        <w:t>Use linking words like first, then, suddenly, finally.</w:t>
      </w:r>
    </w:p>
    <w:p w14:paraId="2553E11B" w14:textId="77777777" w:rsidR="0030331A" w:rsidRPr="00840806" w:rsidRDefault="00E36B8B">
      <w:pPr>
        <w:rPr>
          <w:b/>
          <w:bCs/>
          <w:color w:val="548DD4" w:themeColor="text2" w:themeTint="99"/>
          <w:sz w:val="24"/>
          <w:szCs w:val="24"/>
        </w:rPr>
      </w:pPr>
      <w:r w:rsidRPr="00840806">
        <w:rPr>
          <w:b/>
          <w:bCs/>
          <w:color w:val="548DD4" w:themeColor="text2" w:themeTint="99"/>
          <w:sz w:val="24"/>
          <w:szCs w:val="24"/>
        </w:rPr>
        <w:t xml:space="preserve">Sample question </w:t>
      </w:r>
    </w:p>
    <w:p w14:paraId="79913834" w14:textId="08998185" w:rsidR="00D90057" w:rsidRDefault="0030331A">
      <w:r>
        <w:t>C</w:t>
      </w:r>
      <w:r w:rsidR="00E36B8B">
        <w:t>omplete</w:t>
      </w:r>
      <w:r w:rsidR="00D90057">
        <w:t xml:space="preserve"> the following story in 120–150 words. Give a suitable title and end it with a moral.</w:t>
      </w:r>
    </w:p>
    <w:p w14:paraId="78EF2388" w14:textId="4BFCBB17" w:rsidR="00D90057" w:rsidRDefault="00D90057">
      <w:r>
        <w:t xml:space="preserve">One afternoon, </w:t>
      </w:r>
      <w:proofErr w:type="spellStart"/>
      <w:r>
        <w:t>Aman</w:t>
      </w:r>
      <w:proofErr w:type="spellEnd"/>
      <w:r>
        <w:t xml:space="preserve"> was walking home from school when he heard a faint cry coming from a nearby park. He looked around and noticed something unusual behind a large tree. He slowly walked towards it…</w:t>
      </w:r>
    </w:p>
    <w:p w14:paraId="07A011B8" w14:textId="77777777" w:rsidR="00D90057" w:rsidRDefault="00D90057">
      <w:r>
        <w:t>Continue the story in your own words.</w:t>
      </w:r>
    </w:p>
    <w:p w14:paraId="16B1CA11" w14:textId="77777777" w:rsidR="00840806" w:rsidRPr="00840806" w:rsidRDefault="00840806">
      <w:pPr>
        <w:rPr>
          <w:b/>
          <w:bCs/>
          <w:color w:val="548DD4" w:themeColor="text2" w:themeTint="99"/>
          <w:sz w:val="24"/>
          <w:szCs w:val="24"/>
        </w:rPr>
      </w:pPr>
      <w:r w:rsidRPr="00840806">
        <w:rPr>
          <w:b/>
          <w:bCs/>
          <w:color w:val="548DD4" w:themeColor="text2" w:themeTint="99"/>
          <w:sz w:val="24"/>
          <w:szCs w:val="24"/>
        </w:rPr>
        <w:t>Sample answer</w:t>
      </w:r>
    </w:p>
    <w:p w14:paraId="51D595A9" w14:textId="6BBEEDB3" w:rsidR="000F476F" w:rsidRDefault="000F476F">
      <w:r>
        <w:t>A Kind Deed</w:t>
      </w:r>
    </w:p>
    <w:p w14:paraId="09DB50B6" w14:textId="77777777" w:rsidR="000F476F" w:rsidRDefault="000F476F">
      <w:r>
        <w:t xml:space="preserve">One afternoon, </w:t>
      </w:r>
      <w:proofErr w:type="spellStart"/>
      <w:r>
        <w:t>Aman</w:t>
      </w:r>
      <w:proofErr w:type="spellEnd"/>
      <w:r>
        <w:t xml:space="preserve"> was walking home from school when he heard a faint cry coming from a nearby park. He looked around and noticed something unusual behind a large tree. He slowly walked towards it and found a little puppy trapped in a thorny bush. </w:t>
      </w:r>
      <w:proofErr w:type="spellStart"/>
      <w:r>
        <w:t>Aman</w:t>
      </w:r>
      <w:proofErr w:type="spellEnd"/>
      <w:r>
        <w:t xml:space="preserve"> carefully removed the thorns and gave the puppy some water. He then called an animal rescue helpline. Soon, the rescue team arrived and took the puppy to a nearby shelter. The rescuers thanked </w:t>
      </w:r>
      <w:proofErr w:type="spellStart"/>
      <w:r>
        <w:t>Aman</w:t>
      </w:r>
      <w:proofErr w:type="spellEnd"/>
      <w:r>
        <w:t xml:space="preserve"> for his kindness and presence of mind. </w:t>
      </w:r>
      <w:proofErr w:type="spellStart"/>
      <w:r>
        <w:t>Aman</w:t>
      </w:r>
      <w:proofErr w:type="spellEnd"/>
      <w:r>
        <w:t xml:space="preserve"> returned home with a smile, feeling happy that he had helped a helpless animal.</w:t>
      </w:r>
    </w:p>
    <w:p w14:paraId="3DB40134" w14:textId="77777777" w:rsidR="000F476F" w:rsidRDefault="000F476F">
      <w:r>
        <w:t>Moral: Kindness always brings happiness.</w:t>
      </w:r>
    </w:p>
    <w:p w14:paraId="5EDD3C0C" w14:textId="77777777" w:rsidR="00341585" w:rsidRDefault="00341585">
      <w:pPr>
        <w:pStyle w:val="Heading2"/>
        <w:rPr>
          <w:rFonts w:eastAsia="Times New Roman"/>
          <w:sz w:val="36"/>
          <w:szCs w:val="36"/>
        </w:rPr>
      </w:pPr>
      <w:r>
        <w:rPr>
          <w:rFonts w:eastAsia="Times New Roman"/>
        </w:rPr>
        <w:t>Classwork</w:t>
      </w:r>
    </w:p>
    <w:p w14:paraId="68559291" w14:textId="79871CCF" w:rsidR="00341585" w:rsidRDefault="00341585">
      <w:pPr>
        <w:pStyle w:val="NormalWeb"/>
      </w:pPr>
      <w:r>
        <w:rPr>
          <w:rStyle w:val="Strong"/>
        </w:rPr>
        <w:t xml:space="preserve">Complete the following story in 120–150 words. Give a suitable title and </w:t>
      </w:r>
      <w:r w:rsidR="00437E0D">
        <w:rPr>
          <w:rStyle w:val="Strong"/>
        </w:rPr>
        <w:t>write moral if applicable.</w:t>
      </w:r>
    </w:p>
    <w:p w14:paraId="35E4A855" w14:textId="77777777" w:rsidR="00341585" w:rsidRDefault="00341585">
      <w:pPr>
        <w:pStyle w:val="NormalWeb"/>
      </w:pPr>
      <w:r>
        <w:t xml:space="preserve">While cleaning the </w:t>
      </w:r>
      <w:r w:rsidRPr="00070E93">
        <w:rPr>
          <w:rStyle w:val="Strong"/>
          <w:b w:val="0"/>
          <w:bCs w:val="0"/>
        </w:rPr>
        <w:t>store room</w:t>
      </w:r>
      <w:r w:rsidRPr="00070E93">
        <w:rPr>
          <w:b/>
          <w:bCs/>
        </w:rPr>
        <w:t xml:space="preserve"> </w:t>
      </w:r>
      <w:r>
        <w:t xml:space="preserve">during the holidays, </w:t>
      </w:r>
      <w:proofErr w:type="spellStart"/>
      <w:r>
        <w:t>Meera</w:t>
      </w:r>
      <w:proofErr w:type="spellEnd"/>
      <w:r>
        <w:t xml:space="preserve"> found an old wooden box. Inside it was a faded letter with no sender's name. As she started reading the letter, she was shocked to discover something unexpected...</w:t>
      </w:r>
    </w:p>
    <w:p w14:paraId="1E6DD899" w14:textId="77777777" w:rsidR="00172141" w:rsidRDefault="005467C4">
      <w:pPr>
        <w:pStyle w:val="Heading2"/>
      </w:pPr>
      <w:r>
        <w:t>Homework</w:t>
      </w:r>
    </w:p>
    <w:p w14:paraId="110D6D12" w14:textId="098D7F57" w:rsidR="001F3431" w:rsidRPr="00B25AA2" w:rsidRDefault="001F3431">
      <w:pPr>
        <w:rPr>
          <w:b/>
          <w:bCs/>
        </w:rPr>
      </w:pPr>
      <w:r w:rsidRPr="00B25AA2">
        <w:rPr>
          <w:b/>
          <w:bCs/>
        </w:rPr>
        <w:t xml:space="preserve">Complete the following story in 120–150 words. Give a suitable title and </w:t>
      </w:r>
      <w:r w:rsidR="00035565" w:rsidRPr="00B25AA2">
        <w:rPr>
          <w:b/>
          <w:bCs/>
        </w:rPr>
        <w:t>write moral if applicable.</w:t>
      </w:r>
    </w:p>
    <w:p w14:paraId="4B1E0B61" w14:textId="6105FAF9" w:rsidR="001F3431" w:rsidRDefault="001F3431">
      <w:r>
        <w:t>On his way to school, Rahul noticed a bicycle lying on the roadside with no one around. A small bag was hanging from its handle. Just then, he heard someone calling for help from a distance…</w:t>
      </w:r>
    </w:p>
    <w:p w14:paraId="771B24E5" w14:textId="4F693BF7" w:rsidR="00172141" w:rsidRDefault="00172141"/>
    <w:sectPr w:rsidR="0017214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5130048">
    <w:abstractNumId w:val="8"/>
  </w:num>
  <w:num w:numId="2" w16cid:durableId="1122304967">
    <w:abstractNumId w:val="6"/>
  </w:num>
  <w:num w:numId="3" w16cid:durableId="326517761">
    <w:abstractNumId w:val="5"/>
  </w:num>
  <w:num w:numId="4" w16cid:durableId="531379370">
    <w:abstractNumId w:val="4"/>
  </w:num>
  <w:num w:numId="5" w16cid:durableId="1371565132">
    <w:abstractNumId w:val="7"/>
  </w:num>
  <w:num w:numId="6" w16cid:durableId="555355193">
    <w:abstractNumId w:val="3"/>
  </w:num>
  <w:num w:numId="7" w16cid:durableId="443354835">
    <w:abstractNumId w:val="2"/>
  </w:num>
  <w:num w:numId="8" w16cid:durableId="1779256464">
    <w:abstractNumId w:val="1"/>
  </w:num>
  <w:num w:numId="9" w16cid:durableId="200142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565"/>
    <w:rsid w:val="0006063C"/>
    <w:rsid w:val="00070E93"/>
    <w:rsid w:val="000873D4"/>
    <w:rsid w:val="000F476F"/>
    <w:rsid w:val="00122E70"/>
    <w:rsid w:val="0015074B"/>
    <w:rsid w:val="00172141"/>
    <w:rsid w:val="001F3431"/>
    <w:rsid w:val="002574B8"/>
    <w:rsid w:val="0029639D"/>
    <w:rsid w:val="002E29F6"/>
    <w:rsid w:val="0030331A"/>
    <w:rsid w:val="00326F90"/>
    <w:rsid w:val="00341585"/>
    <w:rsid w:val="00437E0D"/>
    <w:rsid w:val="0052642A"/>
    <w:rsid w:val="005467C4"/>
    <w:rsid w:val="006F2C0D"/>
    <w:rsid w:val="00840806"/>
    <w:rsid w:val="00AA1D8D"/>
    <w:rsid w:val="00B25AA2"/>
    <w:rsid w:val="00B47730"/>
    <w:rsid w:val="00B94FF2"/>
    <w:rsid w:val="00BA50A7"/>
    <w:rsid w:val="00C73B22"/>
    <w:rsid w:val="00CB0664"/>
    <w:rsid w:val="00D90057"/>
    <w:rsid w:val="00E36B8B"/>
    <w:rsid w:val="00E6130A"/>
    <w:rsid w:val="00FC693F"/>
    <w:rsid w:val="00FE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C702EA"/>
  <w14:defaultImageDpi w14:val="300"/>
  <w15:docId w15:val="{C3F4CDBE-763B-0C4C-973C-8ED5C0A0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34158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Aindrila Chakraborty</cp:lastModifiedBy>
  <cp:revision>2</cp:revision>
  <dcterms:created xsi:type="dcterms:W3CDTF">2026-07-31T03:52:00Z</dcterms:created>
  <dcterms:modified xsi:type="dcterms:W3CDTF">2026-07-31T03:52:00Z</dcterms:modified>
  <cp:category/>
</cp:coreProperties>
</file>