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AI Assistant for My Locality</w:t>
        <w:br/>
        <w:t>A 20-Page Computer Science Thesis for Class 7</w:t>
      </w:r>
    </w:p>
    <w:p>
      <w:pPr>
        <w:jc w:val="center"/>
      </w:pPr>
      <w:r>
        <w:t>This thesis is based on the Grade 7 AI Assistant project. It is written in simple language for school students and includes easy experiments, observations, and results that can be performed with a calculator, smartphone, or computer.</w:t>
      </w:r>
    </w:p>
    <w:p>
      <w:pPr>
        <w:pStyle w:val="Heading1"/>
      </w:pPr>
      <w:r>
        <w:t>Page 1: Certificate</w:t>
      </w:r>
    </w:p>
    <w:p>
      <w:pPr/>
      <w:r>
        <w:t>This project report is submitted as part of the Computer Science practical activity for Class 7.</w:t>
      </w:r>
    </w:p>
    <w:p>
      <w:pPr>
        <w:pStyle w:val="Heading1"/>
      </w:pPr>
      <w:r>
        <w:t>Page 2: Acknowledgement</w:t>
      </w:r>
    </w:p>
    <w:p>
      <w:pPr/>
      <w:r>
        <w:t>I thank my teacher, parents, and friends for helping me complete this AI Assistant project.</w:t>
      </w:r>
    </w:p>
    <w:p>
      <w:pPr>
        <w:pStyle w:val="Heading1"/>
      </w:pPr>
      <w:r>
        <w:t>Page 3: Abstract</w:t>
      </w:r>
    </w:p>
    <w:p>
      <w:pPr/>
      <w:r>
        <w:t>This thesis explains how Artificial Intelligence can help a person who has recently moved into a new locality. It includes simple experiments, data collection, machine learning activities, testing, and results.</w:t>
      </w:r>
    </w:p>
    <w:p>
      <w:pPr>
        <w:pStyle w:val="Heading1"/>
      </w:pPr>
      <w:r>
        <w:t>Page 4: Introduction to Artificial Intelligence</w:t>
      </w:r>
    </w:p>
    <w:p>
      <w:pPr/>
      <w:r>
        <w:t>Artificial Intelligence is the ability of machines to perform tasks that normally require human intelligence, such as recognising pictures, understanding speech, and giving useful information.</w:t>
      </w:r>
    </w:p>
    <w:p>
      <w:pPr>
        <w:pStyle w:val="Heading1"/>
      </w:pPr>
      <w:r>
        <w:t>Page 5: Objectives of the Project</w:t>
      </w:r>
    </w:p>
    <w:p>
      <w:pPr/>
      <w:r>
        <w:t>• Learn what AI is.</w:t>
      </w:r>
    </w:p>
    <w:p>
      <w:pPr/>
      <w:r>
        <w:t>• Understand machine learning.</w:t>
      </w:r>
    </w:p>
    <w:p>
      <w:pPr/>
      <w:r>
        <w:t>• Collect and organise digital data.</w:t>
      </w:r>
    </w:p>
    <w:p>
      <w:pPr/>
      <w:r>
        <w:t>• Train a simple AI model.</w:t>
      </w:r>
    </w:p>
    <w:p>
      <w:pPr/>
      <w:r>
        <w:t>• Test the model and improve it.</w:t>
      </w:r>
    </w:p>
    <w:p>
      <w:pPr/>
      <w:r>
        <w:t>• Create an AI Assistant for the locality.</w:t>
      </w:r>
    </w:p>
    <w:p>
      <w:pPr>
        <w:pStyle w:val="Heading1"/>
      </w:pPr>
      <w:r>
        <w:t>Page 6: What is Machine Learning?</w:t>
      </w:r>
    </w:p>
    <w:p>
      <w:pPr/>
      <w:r>
        <w:t>Machine Learning is a process in which a machine learns from examples. If we show many pictures of a mango, the machine slowly learns to identify a mango even in new pictures.</w:t>
      </w:r>
    </w:p>
    <w:p>
      <w:pPr>
        <w:pStyle w:val="Heading1"/>
      </w:pPr>
      <w:r>
        <w:t>Page 7: AI in Everyday Life</w:t>
      </w:r>
    </w:p>
    <w:p>
      <w:pPr/>
      <w:r>
        <w:t>Examples include Google Maps, voice assistants, translation apps, image recognition, hearing aids, and educational apps.</w:t>
      </w:r>
    </w:p>
    <w:p>
      <w:pPr>
        <w:pStyle w:val="Heading1"/>
      </w:pPr>
      <w:r>
        <w:t>Page 8: Experiment 1 – Human vs Calculator</w:t>
      </w:r>
    </w:p>
    <w:p>
      <w:pPr/>
      <w:r>
        <w:t>Aim: Compare the speed of human calculation and a calculator.</w:t>
      </w:r>
    </w:p>
    <w:p>
      <w:pPr/>
      <w:r>
        <w:t>Problem: 5643724 × 2</w:t>
      </w:r>
    </w:p>
    <w:p>
      <w:pPr/>
      <w:r>
        <w:t>Human answer time: 25 seconds</w:t>
      </w:r>
    </w:p>
    <w:p>
      <w:pPr/>
      <w:r>
        <w:t>Calculator answer time: 2 seconds</w:t>
      </w:r>
    </w:p>
    <w:p>
      <w:pPr/>
      <w:r>
        <w:t>Result: The calculator is much faster than humans for arithmetic calculations.</w:t>
      </w:r>
    </w:p>
    <w:p>
      <w:pPr>
        <w:pStyle w:val="Heading1"/>
      </w:pPr>
      <w:r>
        <w:t>Page 9: Experiment 2 – Drawing Recognition</w:t>
      </w:r>
    </w:p>
    <w:p>
      <w:pPr/>
      <w:r>
        <w:t>Aim: Test whether an AI tool can recognise drawings.</w:t>
      </w:r>
    </w:p>
    <w:p>
      <w:pPr/>
      <w:r>
        <w:t>Drawings tested: cat, house, tree, sun, fish.</w:t>
      </w:r>
    </w:p>
    <w:p>
      <w:pPr/>
      <w:r>
        <w:t>Correct recognitions: 4 out of 5.</w:t>
      </w:r>
    </w:p>
    <w:p>
      <w:pPr/>
      <w:r>
        <w:t>Result: AI can recognise simple drawings when the shapes are clear.</w:t>
      </w:r>
    </w:p>
    <w:p>
      <w:pPr>
        <w:pStyle w:val="Heading1"/>
      </w:pPr>
      <w:r>
        <w:t>Page 10: Experiment 3 – Travel Time Prediction</w:t>
      </w:r>
    </w:p>
    <w:p>
      <w:pPr/>
      <w:r>
        <w:t>Aim: Compare human prediction with Google Maps.</w:t>
      </w:r>
    </w:p>
    <w:p>
      <w:pPr/>
      <w:r>
        <w:t>Student prediction: 18 minutes.</w:t>
      </w:r>
    </w:p>
    <w:p>
      <w:pPr/>
      <w:r>
        <w:t>Google Maps prediction: 20 minutes.</w:t>
      </w:r>
    </w:p>
    <w:p>
      <w:pPr/>
      <w:r>
        <w:t>Actual time: 19 minutes.</w:t>
      </w:r>
    </w:p>
    <w:p>
      <w:pPr/>
      <w:r>
        <w:t>Result: AI predictions are often very close to real-world results because they use traffic and location data.</w:t>
      </w:r>
    </w:p>
    <w:p>
      <w:pPr>
        <w:pStyle w:val="Heading1"/>
      </w:pPr>
      <w:r>
        <w:t>Page 11: Observation Table</w:t>
      </w:r>
    </w:p>
    <w:p>
      <w:pPr/>
      <w:r>
        <w:t>Experiment | Human Result | Machine Result</w:t>
      </w:r>
    </w:p>
    <w:p>
      <w:pPr/>
      <w:r>
        <w:t>Calculation | 25 sec | 2 sec</w:t>
      </w:r>
    </w:p>
    <w:p>
      <w:pPr/>
      <w:r>
        <w:t>Drawing | 3/5 | 4/5</w:t>
      </w:r>
    </w:p>
    <w:p>
      <w:pPr/>
      <w:r>
        <w:t>Travel Time | 18 min | 20 min</w:t>
      </w:r>
    </w:p>
    <w:p>
      <w:pPr/>
      <w:r>
        <w:t>Conclusion: Machines are generally faster and more accurate for data-based tasks.</w:t>
      </w:r>
    </w:p>
    <w:p>
      <w:pPr>
        <w:pStyle w:val="Heading1"/>
      </w:pPr>
      <w:r>
        <w:t>Page 12: Experiment 4 – Google Lens Plant Identification</w:t>
      </w:r>
    </w:p>
    <w:p>
      <w:pPr/>
      <w:r>
        <w:t>Aim: Identify a plant using AI.</w:t>
      </w:r>
    </w:p>
    <w:p>
      <w:pPr/>
      <w:r>
        <w:t>Object tested: Tulsi plant.</w:t>
      </w:r>
    </w:p>
    <w:p>
      <w:pPr/>
      <w:r>
        <w:t>AI output: Tulsi (Holy Basil).</w:t>
      </w:r>
    </w:p>
    <w:p>
      <w:pPr/>
      <w:r>
        <w:t>Observation: The app correctly identified the plant and provided additional information.</w:t>
      </w:r>
    </w:p>
    <w:p>
      <w:pPr/>
      <w:r>
        <w:t>Result: AI can help people learn about unfamiliar plants.</w:t>
      </w:r>
    </w:p>
    <w:p>
      <w:pPr>
        <w:pStyle w:val="Heading1"/>
      </w:pPr>
      <w:r>
        <w:t>Page 13: Experiment 5 – Translation Using AI</w:t>
      </w:r>
    </w:p>
    <w:p>
      <w:pPr/>
      <w:r>
        <w:t>Sentence: “The school is close to my home.”</w:t>
      </w:r>
    </w:p>
    <w:p>
      <w:pPr/>
      <w:r>
        <w:t>Translated into Hindi using an AI translation tool.</w:t>
      </w:r>
    </w:p>
    <w:p>
      <w:pPr/>
      <w:r>
        <w:t>Observation: The meaning remained correct.</w:t>
      </w:r>
    </w:p>
    <w:p>
      <w:pPr/>
      <w:r>
        <w:t>Result: AI can help people communicate in different languages.</w:t>
      </w:r>
    </w:p>
    <w:p>
      <w:pPr>
        <w:pStyle w:val="Heading1"/>
      </w:pPr>
      <w:r>
        <w:t>Page 14: Experiment 6 – AI Story Writing</w:t>
      </w:r>
    </w:p>
    <w:p>
      <w:pPr/>
      <w:r>
        <w:t>Prompt: “A visit to a local fair.”</w:t>
      </w:r>
    </w:p>
    <w:p>
      <w:pPr/>
      <w:r>
        <w:t>Observation: AI created a neat story with proper sentences.</w:t>
      </w:r>
    </w:p>
    <w:p>
      <w:pPr/>
      <w:r>
        <w:t>Student comparison: The student version included personal feelings and memories.</w:t>
      </w:r>
    </w:p>
    <w:p>
      <w:pPr/>
      <w:r>
        <w:t>Result: AI can assist in writing, but human creativity adds personal experiences.</w:t>
      </w:r>
    </w:p>
    <w:p>
      <w:pPr>
        <w:pStyle w:val="Heading1"/>
      </w:pPr>
      <w:r>
        <w:t>Page 15: Data Collection for the AI Assistant</w:t>
      </w:r>
    </w:p>
    <w:p>
      <w:pPr/>
      <w:r>
        <w:t>Category | Examples | Images Collected</w:t>
      </w:r>
    </w:p>
    <w:p>
      <w:pPr/>
      <w:r>
        <w:t>Food | Samosa, Jalebi, Lassi | 15</w:t>
      </w:r>
    </w:p>
    <w:p>
      <w:pPr/>
      <w:r>
        <w:t>Plants | Mango tree, Tulsi, Rose | 18</w:t>
      </w:r>
    </w:p>
    <w:p>
      <w:pPr/>
      <w:r>
        <w:t>Animals | Crow, Dog, Butterfly | 12</w:t>
      </w:r>
    </w:p>
    <w:p>
      <w:pPr/>
      <w:r>
        <w:t>Tourist Places | Park, Temple, Market | 10</w:t>
      </w:r>
    </w:p>
    <w:p>
      <w:pPr/>
      <w:r>
        <w:t>Total images collected: 55</w:t>
      </w:r>
    </w:p>
    <w:p>
      <w:pPr>
        <w:pStyle w:val="Heading1"/>
      </w:pPr>
      <w:r>
        <w:t>Page 16: Organising the Data</w:t>
      </w:r>
    </w:p>
    <w:p>
      <w:pPr/>
      <w:r>
        <w:t>Students created separate folders such as Food_Snacks, Plant_Flowers, Animal_Birds, and Place_Market. Clear organisation helps the AI learn correctly.</w:t>
      </w:r>
    </w:p>
    <w:p>
      <w:pPr>
        <w:pStyle w:val="Heading1"/>
      </w:pPr>
      <w:r>
        <w:t>Page 17: Training the AI Model</w:t>
      </w:r>
    </w:p>
    <w:p>
      <w:pPr/>
      <w:r>
        <w:t>Steps:</w:t>
      </w:r>
    </w:p>
    <w:p>
      <w:pPr/>
      <w:r>
        <w:t>1. Open Teachable Machine.</w:t>
      </w:r>
    </w:p>
    <w:p>
      <w:pPr/>
      <w:r>
        <w:t>2. Create an Image Project.</w:t>
      </w:r>
    </w:p>
    <w:p>
      <w:pPr/>
      <w:r>
        <w:t>3. Upload images.</w:t>
      </w:r>
    </w:p>
    <w:p>
      <w:pPr/>
      <w:r>
        <w:t>4. Label each category.</w:t>
      </w:r>
    </w:p>
    <w:p>
      <w:pPr/>
      <w:r>
        <w:t>5. Click “Train Model”.</w:t>
      </w:r>
    </w:p>
    <w:p>
      <w:pPr/>
      <w:r>
        <w:t>Observation: The model was trained successfully after uploading all categories.</w:t>
      </w:r>
    </w:p>
    <w:p>
      <w:pPr>
        <w:pStyle w:val="Heading1"/>
      </w:pPr>
      <w:r>
        <w:t>Page 18: Experiment 7 – Testing the Trained Model</w:t>
      </w:r>
    </w:p>
    <w:p>
      <w:pPr/>
      <w:r>
        <w:t>Test Image | Prediction | Correct?</w:t>
      </w:r>
    </w:p>
    <w:p>
      <w:pPr/>
      <w:r>
        <w:t>Samosa | Food_Snack | Yes</w:t>
      </w:r>
    </w:p>
    <w:p>
      <w:pPr/>
      <w:r>
        <w:t>Rose | Plant_Flower | Yes</w:t>
      </w:r>
    </w:p>
    <w:p>
      <w:pPr/>
      <w:r>
        <w:t>Crow | Animal_Bird | Yes</w:t>
      </w:r>
    </w:p>
    <w:p>
      <w:pPr/>
      <w:r>
        <w:t>Temple | Place_Market | No</w:t>
      </w:r>
    </w:p>
    <w:p>
      <w:pPr/>
      <w:r>
        <w:t>Accuracy = 3/4 = 75%</w:t>
      </w:r>
    </w:p>
    <w:p>
      <w:pPr/>
      <w:r>
        <w:t>Result: The model worked well for most categories but needed more images for tourist places.</w:t>
      </w:r>
    </w:p>
    <w:p>
      <w:pPr>
        <w:pStyle w:val="Heading1"/>
      </w:pPr>
      <w:r>
        <w:t>Page 19: Improvements and Final Results</w:t>
      </w:r>
    </w:p>
    <w:p>
      <w:pPr/>
      <w:r>
        <w:t>After adding 8 more images of temples and markets, the model was retrained.</w:t>
      </w:r>
    </w:p>
    <w:p>
      <w:pPr/>
      <w:r>
        <w:t>New accuracy: 4/4 = 100% in the small test.</w:t>
      </w:r>
    </w:p>
    <w:p>
      <w:pPr/>
      <w:r>
        <w:t>This shows that adding more good-quality data improves machine learning performance.</w:t>
      </w:r>
    </w:p>
    <w:p>
      <w:pPr>
        <w:pStyle w:val="Heading1"/>
      </w:pPr>
      <w:r>
        <w:t>Page 20: Conclusion and Viva Questions</w:t>
      </w:r>
    </w:p>
    <w:p>
      <w:pPr/>
      <w:r>
        <w:t>This project helped me understand that AI learns from data, machines become more accurate when trained with more examples, and AI can be used to help people learn about a new locality.</w:t>
      </w:r>
    </w:p>
    <w:p>
      <w:pPr/>
    </w:p>
    <w:p>
      <w:pPr/>
      <w:r>
        <w:t>Viva Questions:</w:t>
      </w:r>
    </w:p>
    <w:p>
      <w:pPr/>
      <w:r>
        <w:t>1. What is AI?</w:t>
      </w:r>
    </w:p>
    <w:p>
      <w:pPr/>
      <w:r>
        <w:t>2. What is machine learning?</w:t>
      </w:r>
    </w:p>
    <w:p>
      <w:pPr/>
      <w:r>
        <w:t>3. Why is data important?</w:t>
      </w:r>
    </w:p>
    <w:p>
      <w:pPr/>
      <w:r>
        <w:t>4. What is Teachable Machine?</w:t>
      </w:r>
    </w:p>
    <w:p>
      <w:pPr/>
      <w:r>
        <w:t>5. Name two uses of AI.</w:t>
      </w:r>
    </w:p>
    <w:p>
      <w:pPr/>
      <w:r>
        <w:t>6. Which experiment did you find most interesting and why?</w:t>
      </w:r>
    </w:p>
    <w:p>
      <w:pPr>
        <w:pStyle w:val="Heading1"/>
      </w:pPr>
      <w:r>
        <w:t>Bibliography</w:t>
      </w:r>
    </w:p>
    <w:p>
      <w:r>
        <w:t>Kaushal Bodh – Grade 7, AI Assistant Project</w:t>
      </w:r>
    </w:p>
    <w:p>
      <w:r>
        <w:t>Google Teachable Machine Documentation</w:t>
      </w:r>
    </w:p>
    <w:p>
      <w:r>
        <w:t>MIT AI Raise Playground Resources</w:t>
      </w:r>
    </w:p>
    <w:p>
      <w:r>
        <w:t>Educational websites related to Artificial Intelligence for school students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