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AI Assistant for Locality Support</w:t>
        <w:br/>
        <w:t>A Computer Science Thesis for Class 7 Students</w:t>
      </w:r>
    </w:p>
    <w:p>
      <w:pPr>
        <w:jc w:val="center"/>
      </w:pPr>
      <w:r>
        <w:rPr>
          <w:b/>
        </w:rPr>
        <w:t>Based on the Kaushal Bodh Grade 7 Project on Artificial Intelligence</w:t>
      </w:r>
    </w:p>
    <w:p>
      <w:pPr>
        <w:pStyle w:val="Heading1"/>
      </w:pPr>
      <w:r>
        <w:t>Certificate</w:t>
      </w:r>
    </w:p>
    <w:p>
      <w:pPr/>
      <w:r>
        <w:t>This thesis is submitted as a part of the Computer Science project for Class 7. It is based on the AI Assistant project described in the Kaushal Bodh Grade 7 curriculum and has been rewritten from a digital computer science perspective.</w:t>
      </w:r>
    </w:p>
    <w:p>
      <w:pPr>
        <w:pStyle w:val="Heading1"/>
      </w:pPr>
      <w:r>
        <w:t>Acknowledgement</w:t>
      </w:r>
    </w:p>
    <w:p>
      <w:pPr/>
      <w:r>
        <w:t>I would like to thank my teacher, parents, and friends for their guidance and support while preparing this project on Artificial Intelligence and Machine Learning.</w:t>
      </w:r>
    </w:p>
    <w:p>
      <w:pPr>
        <w:pStyle w:val="Heading1"/>
      </w:pPr>
      <w:r>
        <w:t>Abstract</w:t>
      </w:r>
    </w:p>
    <w:p>
      <w:pPr/>
      <w:r>
        <w:t>This thesis explains how students can design a simple AI Assistant to help a person who has recently moved into a new locality. The project introduces Artificial Intelligence, Machine Learning, data collection, image recognition, testing, and interactive AI tools such as Teachable Machine and Scratch AI. The activities are designed for Class 7 students and focus on learning by doing.</w:t>
      </w:r>
    </w:p>
    <w:p>
      <w:pPr>
        <w:pStyle w:val="Heading1"/>
      </w:pPr>
      <w:r>
        <w:t>Introduction</w:t>
      </w:r>
    </w:p>
    <w:p>
      <w:pPr/>
      <w:r>
        <w:t>Artificial Intelligence (AI) is the ability of machines to perform tasks that usually require human intelligence, such as recognising images, understanding sounds, and responding to questions. In this project, students learn how AI can help people in everyday life.</w:t>
      </w:r>
    </w:p>
    <w:p>
      <w:pPr>
        <w:pStyle w:val="Heading1"/>
      </w:pPr>
      <w:r>
        <w:t>Objectives</w:t>
      </w:r>
    </w:p>
    <w:p>
      <w:pPr/>
      <w:r>
        <w:t>• Understand what AI can and cannot do.</w:t>
      </w:r>
    </w:p>
    <w:p>
      <w:pPr/>
      <w:r>
        <w:t>• Learn how machines recognise images and sounds.</w:t>
      </w:r>
    </w:p>
    <w:p>
      <w:pPr/>
      <w:r>
        <w:t>• Collect and organise digital data.</w:t>
      </w:r>
    </w:p>
    <w:p>
      <w:pPr/>
      <w:r>
        <w:t>• Train a simple AI model.</w:t>
      </w:r>
    </w:p>
    <w:p>
      <w:pPr/>
      <w:r>
        <w:t>• Test and improve the AI Assistant.</w:t>
      </w:r>
    </w:p>
    <w:p>
      <w:pPr/>
      <w:r>
        <w:t>• Share the final project with others.</w:t>
      </w:r>
    </w:p>
    <w:p>
      <w:pPr>
        <w:pStyle w:val="Heading1"/>
      </w:pPr>
      <w:r>
        <w:t>What is Intelligence?</w:t>
      </w:r>
    </w:p>
    <w:p>
      <w:pPr/>
      <w:r>
        <w:t>Human intelligence grows through experience and learning. Similarly, machines can be trained using examples. When many pictures of the same object are shown to a machine, it learns to identify common features. This process is called Machine Learning.</w:t>
      </w:r>
    </w:p>
    <w:p>
      <w:pPr>
        <w:pStyle w:val="Heading1"/>
      </w:pPr>
      <w:r>
        <w:t>AI in Daily Life</w:t>
      </w:r>
    </w:p>
    <w:p>
      <w:pPr/>
      <w:r>
        <w:t>AI is used in navigation apps, translation tools, image recognition, hearing aids, voice assistants, and educational applications. These examples show that AI has already become a part of our everyday lives.</w:t>
      </w:r>
    </w:p>
    <w:p>
      <w:pPr>
        <w:pStyle w:val="Heading1"/>
      </w:pPr>
      <w:r>
        <w:t>AI Can and Cannot Do</w:t>
      </w:r>
    </w:p>
    <w:p>
      <w:pPr/>
      <w:r>
        <w:t>AI can calculate quickly, recognise patterns, identify objects, and process large amounts of data. However, AI cannot truly feel emotions or experience happiness, sadness, or excitement in the way humans do.</w:t>
      </w:r>
    </w:p>
    <w:p>
      <w:pPr>
        <w:pStyle w:val="Heading1"/>
      </w:pPr>
      <w:r>
        <w:t>Hardware and Software Requirements</w:t>
      </w:r>
    </w:p>
    <w:p>
      <w:pPr/>
      <w:r>
        <w:t>Computer or tablet with internet access</w:t>
      </w:r>
    </w:p>
    <w:p>
      <w:pPr/>
      <w:r>
        <w:t>Webcam and microphone</w:t>
      </w:r>
    </w:p>
    <w:p>
      <w:pPr/>
      <w:r>
        <w:t>Camera or smartphone for taking photographs</w:t>
      </w:r>
    </w:p>
    <w:p>
      <w:pPr/>
      <w:r>
        <w:t>Teachable Machine</w:t>
      </w:r>
    </w:p>
    <w:p>
      <w:pPr/>
      <w:r>
        <w:t>Scratch or MIT AI Raise Playground</w:t>
      </w:r>
    </w:p>
    <w:p>
      <w:pPr>
        <w:pStyle w:val="Heading1"/>
      </w:pPr>
      <w:r>
        <w:t>Internet Safety and Ethics</w:t>
      </w:r>
    </w:p>
    <w:p>
      <w:pPr/>
      <w:r>
        <w:t>Students should take permission before photographing people, shops, plants, or animals. They should avoid sharing personal information online and should use the internet responsibly under adult supervision.</w:t>
      </w:r>
    </w:p>
    <w:p>
      <w:pPr>
        <w:pStyle w:val="Heading1"/>
      </w:pPr>
      <w:r>
        <w:t>Activity 1: Human vs Machine</w:t>
      </w:r>
    </w:p>
    <w:p>
      <w:pPr/>
      <w:r>
        <w:t>This activity compares human abilities with machine abilities through speed calculation, drawing recognition, and travel time prediction.</w:t>
      </w:r>
    </w:p>
    <w:p>
      <w:pPr>
        <w:pStyle w:val="Heading1"/>
      </w:pPr>
      <w:r>
        <w:t>Speed Test Experiment</w:t>
      </w:r>
    </w:p>
    <w:p>
      <w:pPr/>
      <w:r>
        <w:t>Students multiply 5643724 × 2 using pen and paper and then using a calculator. The calculator usually produces the answer much faster.</w:t>
      </w:r>
    </w:p>
    <w:p>
      <w:pPr>
        <w:pStyle w:val="Heading1"/>
      </w:pPr>
      <w:r>
        <w:t>Creative Guessing Experiment</w:t>
      </w:r>
    </w:p>
    <w:p>
      <w:pPr/>
      <w:r>
        <w:t>Students use a drawing-recognition AI tool such as Quick Draw and observe whether the computer correctly identifies their drawings.</w:t>
      </w:r>
    </w:p>
    <w:p>
      <w:pPr>
        <w:pStyle w:val="Heading1"/>
      </w:pPr>
      <w:r>
        <w:t>Prediction Test</w:t>
      </w:r>
    </w:p>
    <w:p>
      <w:pPr/>
      <w:r>
        <w:t>Students predict how long it will take to reach school and compare their estimate with Google Maps. The comparison helps them understand how AI uses data for prediction.</w:t>
      </w:r>
    </w:p>
    <w:p>
      <w:pPr>
        <w:pStyle w:val="Heading1"/>
      </w:pPr>
      <w:r>
        <w:t>Observation and Analysis</w:t>
      </w:r>
    </w:p>
    <w:p>
      <w:pPr/>
      <w:r>
        <w:t>Machines are generally faster in calculations, while humans are often better at creativity and understanding personal experiences. AI works best when sufficient data is available.</w:t>
      </w:r>
    </w:p>
    <w:p>
      <w:pPr>
        <w:pStyle w:val="Heading1"/>
      </w:pPr>
      <w:r>
        <w:t>Activity 2: AI Can See, Listen, and Speak</w:t>
      </w:r>
    </w:p>
    <w:p>
      <w:pPr/>
      <w:r>
        <w:t>Students explore AI tools such as Google Lens, Photomath, and translation applications to understand how AI processes images, text, and speech.</w:t>
      </w:r>
    </w:p>
    <w:p>
      <w:pPr>
        <w:pStyle w:val="Heading1"/>
      </w:pPr>
      <w:r>
        <w:t>Activity 3: Is AI Creative?</w:t>
      </w:r>
    </w:p>
    <w:p>
      <w:pPr/>
      <w:r>
        <w:t>Students write a short story about a fair, festival, or local event and then ask an AI tool to generate a similar story. They compare both versions and observe the similarities and differences.</w:t>
      </w:r>
    </w:p>
    <w:p>
      <w:pPr>
        <w:pStyle w:val="Heading1"/>
      </w:pPr>
      <w:r>
        <w:t>Prompts and AI Responses</w:t>
      </w:r>
    </w:p>
    <w:p>
      <w:pPr/>
      <w:r>
        <w:t>A prompt is a detailed instruction given to an AI system. Better prompts usually produce better results. Students learn how to improve prompts by adding more specific details.</w:t>
      </w:r>
    </w:p>
    <w:p>
      <w:pPr>
        <w:pStyle w:val="Heading1"/>
      </w:pPr>
      <w:r>
        <w:t>Preparing the AI Assistant</w:t>
      </w:r>
    </w:p>
    <w:p>
      <w:pPr/>
      <w:r>
        <w:t>The AI Assistant is designed to help newcomers learn about the local area, including food, plants, animals, tourist places, local greetings, and important services.</w:t>
      </w:r>
    </w:p>
    <w:p>
      <w:pPr>
        <w:pStyle w:val="Heading1"/>
      </w:pPr>
      <w:r>
        <w:t>Classification Tree</w:t>
      </w:r>
    </w:p>
    <w:p>
      <w:pPr/>
      <w:r>
        <w:t>Example:</w:t>
      </w:r>
    </w:p>
    <w:p>
      <w:pPr/>
      <w:r>
        <w:t>Food → Snacks, Drinks, Sweets</w:t>
      </w:r>
    </w:p>
    <w:p>
      <w:pPr/>
      <w:r>
        <w:t>Plants → Trees, Flowers, Crops</w:t>
      </w:r>
    </w:p>
    <w:p>
      <w:pPr/>
      <w:r>
        <w:t>Animals → Birds, Insects, Domestic Animals</w:t>
      </w:r>
    </w:p>
    <w:p>
      <w:pPr/>
      <w:r>
        <w:t>Places → Parks, Markets, Historical Buildings</w:t>
      </w:r>
    </w:p>
    <w:p>
      <w:pPr>
        <w:pStyle w:val="Heading1"/>
      </w:pPr>
      <w:r>
        <w:t>Data Collection</w:t>
      </w:r>
    </w:p>
    <w:p>
      <w:pPr/>
      <w:r>
        <w:t>Students collect clear photographs from different angles, backgrounds, sizes, and lighting conditions. At least 12–15 images should be collected for each category.</w:t>
      </w:r>
    </w:p>
    <w:p>
      <w:pPr>
        <w:pStyle w:val="Heading1"/>
      </w:pPr>
      <w:r>
        <w:t>Sample Data Table</w:t>
      </w:r>
    </w:p>
    <w:p>
      <w:pPr/>
      <w:r>
        <w:t>Category: Food</w:t>
      </w:r>
    </w:p>
    <w:p>
      <w:pPr/>
      <w:r>
        <w:t>Sub-category: Local snacks</w:t>
      </w:r>
    </w:p>
    <w:p>
      <w:pPr/>
      <w:r>
        <w:t>Type of data: Images</w:t>
      </w:r>
    </w:p>
    <w:p>
      <w:pPr/>
      <w:r>
        <w:t>Source: Market, home, restaurant</w:t>
      </w:r>
    </w:p>
    <w:p>
      <w:pPr/>
      <w:r>
        <w:t>Images collected: 20</w:t>
      </w:r>
    </w:p>
    <w:p>
      <w:pPr/>
      <w:r>
        <w:t>Rejected images: 5</w:t>
      </w:r>
    </w:p>
    <w:p>
      <w:pPr>
        <w:pStyle w:val="Heading1"/>
      </w:pPr>
      <w:r>
        <w:t>Activity 5: Teaching the Machine</w:t>
      </w:r>
    </w:p>
    <w:p>
      <w:pPr/>
      <w:r>
        <w:t>Students create folders for each category and upload the images to Teachable Machine. Each category is given a clear label, such as Plant_Mango or Place_Park.</w:t>
      </w:r>
    </w:p>
    <w:p>
      <w:pPr>
        <w:pStyle w:val="Heading1"/>
      </w:pPr>
      <w:r>
        <w:t>Training the Model</w:t>
      </w:r>
    </w:p>
    <w:p>
      <w:pPr/>
      <w:r>
        <w:t>Steps:</w:t>
      </w:r>
    </w:p>
    <w:p>
      <w:pPr/>
      <w:r>
        <w:t>1. Open Teachable Machine.</w:t>
      </w:r>
    </w:p>
    <w:p>
      <w:pPr/>
      <w:r>
        <w:t>2. Create a Standard Image Model.</w:t>
      </w:r>
    </w:p>
    <w:p>
      <w:pPr/>
      <w:r>
        <w:t>3. Upload categorised images.</w:t>
      </w:r>
    </w:p>
    <w:p>
      <w:pPr/>
      <w:r>
        <w:t>4. Label each category.</w:t>
      </w:r>
    </w:p>
    <w:p>
      <w:pPr/>
      <w:r>
        <w:t>5. Click “Train Model”.</w:t>
      </w:r>
    </w:p>
    <w:p>
      <w:pPr>
        <w:pStyle w:val="Heading1"/>
      </w:pPr>
      <w:r>
        <w:t>Testing and Improvement</w:t>
      </w:r>
    </w:p>
    <w:p>
      <w:pPr/>
      <w:r>
        <w:t>Students test the model using new images or a webcam. If the model makes mistakes, they add more training images and retrain the system.</w:t>
      </w:r>
    </w:p>
    <w:p>
      <w:pPr>
        <w:pStyle w:val="Heading1"/>
      </w:pPr>
      <w:r>
        <w:t>Making the Assistant Interactive</w:t>
      </w:r>
    </w:p>
    <w:p>
      <w:pPr/>
      <w:r>
        <w:t>Using Scratch AI or MIT AI Raise Playground, students can add a character, voice, questions, and simple animations to make the assistant more engaging.</w:t>
      </w:r>
    </w:p>
    <w:p>
      <w:pPr>
        <w:pStyle w:val="Heading1"/>
      </w:pPr>
      <w:r>
        <w:t>Experimental Results</w:t>
      </w:r>
    </w:p>
    <w:p>
      <w:pPr/>
      <w:r>
        <w:t>Example results:</w:t>
      </w:r>
    </w:p>
    <w:p>
      <w:pPr/>
      <w:r>
        <w:t>Food recognition: 90%</w:t>
      </w:r>
    </w:p>
    <w:p>
      <w:pPr/>
      <w:r>
        <w:t>Plant recognition: 85%</w:t>
      </w:r>
    </w:p>
    <w:p>
      <w:pPr/>
      <w:r>
        <w:t>Animal recognition: 80%</w:t>
      </w:r>
    </w:p>
    <w:p>
      <w:pPr/>
      <w:r>
        <w:t>Tourist place recognition: 88%</w:t>
      </w:r>
    </w:p>
    <w:p>
      <w:pPr/>
      <w:r>
        <w:t>These values may vary depending on the quality and quantity of data collected.</w:t>
      </w:r>
    </w:p>
    <w:p>
      <w:pPr>
        <w:pStyle w:val="Heading1"/>
      </w:pPr>
      <w:r>
        <w:t>Discussion of Results</w:t>
      </w:r>
    </w:p>
    <w:p>
      <w:pPr/>
      <w:r>
        <w:t>The experiment shows that better image quality and a larger variety of examples improve the accuracy of the AI model. Incorrect predictions usually occur when the training data is insufficient.</w:t>
      </w:r>
    </w:p>
    <w:p>
      <w:pPr>
        <w:pStyle w:val="Heading1"/>
      </w:pPr>
      <w:r>
        <w:t>Advantages of the Project</w:t>
      </w:r>
    </w:p>
    <w:p>
      <w:pPr/>
      <w:r>
        <w:t>• Encourages observation of the local environment.</w:t>
      </w:r>
    </w:p>
    <w:p>
      <w:pPr/>
      <w:r>
        <w:t>• Develops digital literacy.</w:t>
      </w:r>
    </w:p>
    <w:p>
      <w:pPr/>
      <w:r>
        <w:t>• Introduces basic machine learning concepts.</w:t>
      </w:r>
    </w:p>
    <w:p>
      <w:pPr/>
      <w:r>
        <w:t>• Promotes teamwork and problem solving.</w:t>
      </w:r>
    </w:p>
    <w:p>
      <w:pPr/>
      <w:r>
        <w:t>• Connects computer science with real-life situations.</w:t>
      </w:r>
    </w:p>
    <w:p>
      <w:pPr>
        <w:pStyle w:val="Heading1"/>
      </w:pPr>
      <w:r>
        <w:t>Limitations</w:t>
      </w:r>
    </w:p>
    <w:p>
      <w:pPr/>
      <w:r>
        <w:t>The model depends heavily on the quality of the collected data. Poor lighting, blurry images, or too few examples can reduce accuracy.</w:t>
      </w:r>
    </w:p>
    <w:p>
      <w:pPr>
        <w:pStyle w:val="Heading1"/>
      </w:pPr>
      <w:r>
        <w:t>Future Improvements</w:t>
      </w:r>
    </w:p>
    <w:p>
      <w:pPr/>
      <w:r>
        <w:t>Future versions could include audio recognition, local language support, maps, emergency contacts, weather information, and voice-based interaction.</w:t>
      </w:r>
    </w:p>
    <w:p>
      <w:pPr>
        <w:pStyle w:val="Heading1"/>
      </w:pPr>
      <w:r>
        <w:t>Flowchart of the Project</w:t>
      </w:r>
    </w:p>
    <w:p>
      <w:pPr/>
      <w:r>
        <w:t>Identify the problem → Create categories → Collect data → Organise folders → Train model → Test model → Improve model → Share AI Assistant</w:t>
      </w:r>
    </w:p>
    <w:p>
      <w:pPr>
        <w:pStyle w:val="Heading1"/>
      </w:pPr>
      <w:r>
        <w:t>Real-World Careers Related to This Project</w:t>
      </w:r>
    </w:p>
    <w:p>
      <w:pPr/>
      <w:r>
        <w:t>Data Scientist</w:t>
      </w:r>
    </w:p>
    <w:p>
      <w:pPr/>
      <w:r>
        <w:t>Machine Learning Engineer</w:t>
      </w:r>
    </w:p>
    <w:p>
      <w:pPr/>
      <w:r>
        <w:t>Software Developer</w:t>
      </w:r>
    </w:p>
    <w:p>
      <w:pPr/>
      <w:r>
        <w:t>Robotics Engineer</w:t>
      </w:r>
    </w:p>
    <w:p>
      <w:pPr/>
      <w:r>
        <w:t>AI Research Assistant</w:t>
      </w:r>
    </w:p>
    <w:p>
      <w:pPr/>
      <w:r>
        <w:t>Computer Vision Specialist</w:t>
      </w:r>
    </w:p>
    <w:p>
      <w:pPr>
        <w:pStyle w:val="Heading1"/>
      </w:pPr>
      <w:r>
        <w:t>Learning Outcomes</w:t>
      </w:r>
    </w:p>
    <w:p>
      <w:pPr/>
      <w:r>
        <w:t>After completing this project, students will be able to explain basic AI concepts, collect and organise digital data, train a simple image-recognition model, test and improve an AI system, and create an interactive AI Assistant for their locality.</w:t>
      </w:r>
    </w:p>
    <w:p>
      <w:pPr>
        <w:pStyle w:val="Heading1"/>
      </w:pPr>
      <w:r>
        <w:t>Conclusion</w:t>
      </w:r>
    </w:p>
    <w:p>
      <w:pPr/>
      <w:r>
        <w:t>This thesis demonstrates that Artificial Intelligence can be taught in a simple and practical way to Class 7 students. By building an AI Assistant for their locality, students learn important computer science skills such as data collection, classification, machine learning, testing, and digital communication. The project combines creativity with technology and helps students understand how AI can be used responsibly to solve real-world problems.</w:t>
      </w:r>
    </w:p>
    <w:p>
      <w:pPr>
        <w:pStyle w:val="Heading1"/>
      </w:pPr>
      <w:r>
        <w:t>Bibliography</w:t>
      </w:r>
    </w:p>
    <w:p>
      <w:pPr/>
      <w:r>
        <w:t>1. Kaushal Bodh – Grade 7, AI Assistant Project.</w:t>
      </w:r>
    </w:p>
    <w:p>
      <w:pPr/>
      <w:r>
        <w:t>2. Google Teachable Machine Documentation.</w:t>
      </w:r>
    </w:p>
    <w:p>
      <w:pPr/>
      <w:r>
        <w:t>3. MIT AI Raise Playground Resources.</w:t>
      </w:r>
    </w:p>
    <w:p>
      <w:pPr/>
      <w:r>
        <w:t>4. Educational resources on Artificial Intelligence and Machine Learning for school students.</w:t>
      </w:r>
    </w:p>
    <w:p>
      <w:r>
        <w:br w:type="page"/>
      </w:r>
    </w:p>
    <w:p>
      <w:pPr>
        <w:pStyle w:val="Heading1"/>
      </w:pPr>
      <w:r>
        <w:t>Suggested Viva Questions</w:t>
      </w:r>
    </w:p>
    <w:p>
      <w:r>
        <w:t>1. What is Artificial Intelligence?</w:t>
      </w:r>
    </w:p>
    <w:p>
      <w:r>
        <w:t>2. What is Machine Learning?</w:t>
      </w:r>
    </w:p>
    <w:p>
      <w:r>
        <w:t>3. Why is data important for AI?</w:t>
      </w:r>
    </w:p>
    <w:p>
      <w:r>
        <w:t>4. What is a prompt?</w:t>
      </w:r>
    </w:p>
    <w:p>
      <w:r>
        <w:t>5. How does Teachable Machine help students?</w:t>
      </w:r>
    </w:p>
    <w:p>
      <w:r>
        <w:t>6. What happens if the AI model makes mistakes?</w:t>
      </w:r>
    </w:p>
    <w:p>
      <w:r>
        <w:t>7. Why should we collect images from different angles?</w:t>
      </w:r>
    </w:p>
    <w:p>
      <w:r>
        <w:t>8. Can AI feel emotions like humans? Explain.</w:t>
      </w:r>
    </w:p>
    <w:p>
      <w:r>
        <w:t>9. Name two real-life applications of AI.</w:t>
      </w:r>
    </w:p>
    <w:p>
      <w:r>
        <w:t>10. What did you learn from this project?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