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3768" w14:textId="1434D53C" w:rsidR="004D35DF" w:rsidRDefault="001D3C76">
      <w:pPr>
        <w:pStyle w:val="Title"/>
      </w:pPr>
      <w:r>
        <w:t xml:space="preserve">Reported Speech Questions </w:t>
      </w:r>
    </w:p>
    <w:p w14:paraId="32FC78A2" w14:textId="77777777" w:rsidR="004D35DF" w:rsidRDefault="001D3C76">
      <w:r>
        <w:rPr>
          <w:b/>
        </w:rPr>
        <w:t xml:space="preserve">1. </w:t>
      </w:r>
    </w:p>
    <w:p w14:paraId="1AACAF41" w14:textId="77777777" w:rsidR="004D35DF" w:rsidRDefault="001D3C76">
      <w:r>
        <w:rPr>
          <w:b/>
        </w:rPr>
        <w:t xml:space="preserve">Meera: </w:t>
      </w:r>
      <w:r>
        <w:t>I have been working on this research paper for three consecutive weeks.</w:t>
      </w:r>
    </w:p>
    <w:p w14:paraId="6DCC0044" w14:textId="77777777" w:rsidR="004D35DF" w:rsidRDefault="001D3C76">
      <w:r>
        <w:rPr>
          <w:b/>
        </w:rPr>
        <w:t xml:space="preserve">Rahul: </w:t>
      </w:r>
      <w:r>
        <w:t>I submitted my part of the assignment two days ago.</w:t>
      </w:r>
    </w:p>
    <w:p w14:paraId="46331E9F" w14:textId="77777777" w:rsidR="004D35DF" w:rsidRDefault="001D3C76">
      <w:r>
        <w:rPr>
          <w:b/>
        </w:rPr>
        <w:t xml:space="preserve">Question: </w:t>
      </w:r>
      <w:r>
        <w:t>Meera told Rahul _______________________________________. Rahul replied that he had submitted his part of the assignment two days before.</w:t>
      </w:r>
    </w:p>
    <w:p w14:paraId="322AA596" w14:textId="77777777" w:rsidR="004D35DF" w:rsidRDefault="004D35DF"/>
    <w:p w14:paraId="291F2D95" w14:textId="77777777" w:rsidR="004D35DF" w:rsidRDefault="001D3C76">
      <w:r>
        <w:rPr>
          <w:b/>
        </w:rPr>
        <w:t xml:space="preserve">2. </w:t>
      </w:r>
    </w:p>
    <w:p w14:paraId="2C24688C" w14:textId="77777777" w:rsidR="004D35DF" w:rsidRDefault="001D3C76">
      <w:r>
        <w:rPr>
          <w:b/>
        </w:rPr>
        <w:t xml:space="preserve">Karan: </w:t>
      </w:r>
      <w:r>
        <w:t>I left my laptop in your car yesterday.</w:t>
      </w:r>
    </w:p>
    <w:p w14:paraId="0BCB9E47" w14:textId="77777777" w:rsidR="004D35DF" w:rsidRDefault="001D3C76">
      <w:r>
        <w:rPr>
          <w:b/>
        </w:rPr>
        <w:t xml:space="preserve">Sneha: </w:t>
      </w:r>
      <w:r>
        <w:t>I handed it over to the security guard this morning.</w:t>
      </w:r>
    </w:p>
    <w:p w14:paraId="1D83ADFC" w14:textId="77777777" w:rsidR="004D35DF" w:rsidRDefault="001D3C76">
      <w:r>
        <w:rPr>
          <w:b/>
        </w:rPr>
        <w:t xml:space="preserve">Question: </w:t>
      </w:r>
      <w:r>
        <w:t>Karan informed Sneha _______________________________________. Sneha replied that she had handed it over to the security guard that morning.</w:t>
      </w:r>
    </w:p>
    <w:p w14:paraId="5FB66C1E" w14:textId="77777777" w:rsidR="004D35DF" w:rsidRDefault="004D35DF"/>
    <w:p w14:paraId="745EB75A" w14:textId="77777777" w:rsidR="004D35DF" w:rsidRDefault="001D3C76">
      <w:r>
        <w:rPr>
          <w:b/>
        </w:rPr>
        <w:t xml:space="preserve">3. </w:t>
      </w:r>
    </w:p>
    <w:p w14:paraId="70ACEC95" w14:textId="77777777" w:rsidR="004D35DF" w:rsidRDefault="001D3C76">
      <w:r>
        <w:rPr>
          <w:b/>
        </w:rPr>
        <w:t xml:space="preserve">Mr. Sharma: </w:t>
      </w:r>
      <w:r>
        <w:t>I will be travelling to London next week for the annual board meeting.</w:t>
      </w:r>
    </w:p>
    <w:p w14:paraId="34FCF7C1" w14:textId="77777777" w:rsidR="004D35DF" w:rsidRDefault="001D3C76">
      <w:r>
        <w:rPr>
          <w:b/>
        </w:rPr>
        <w:t xml:space="preserve">Ms. Gupta: </w:t>
      </w:r>
      <w:r>
        <w:t>The management has already approved your travel allowance.</w:t>
      </w:r>
    </w:p>
    <w:p w14:paraId="67B9890B" w14:textId="77777777" w:rsidR="004D35DF" w:rsidRDefault="001D3C76">
      <w:r>
        <w:rPr>
          <w:b/>
        </w:rPr>
        <w:t xml:space="preserve">Question: </w:t>
      </w:r>
      <w:r>
        <w:t>Mr. Sharma informed Ms. Gupta _______________________________________. Ms. Gupta added that the management had already approved his travel allowance.</w:t>
      </w:r>
    </w:p>
    <w:p w14:paraId="53CB5458" w14:textId="77777777" w:rsidR="004D35DF" w:rsidRDefault="004D35DF"/>
    <w:p w14:paraId="3A6F9CA5" w14:textId="77777777" w:rsidR="004D35DF" w:rsidRDefault="001D3C76">
      <w:r>
        <w:rPr>
          <w:b/>
        </w:rPr>
        <w:t xml:space="preserve">4. </w:t>
      </w:r>
    </w:p>
    <w:p w14:paraId="66D93643" w14:textId="77777777" w:rsidR="004D35DF" w:rsidRDefault="001D3C76">
      <w:r>
        <w:rPr>
          <w:b/>
        </w:rPr>
        <w:t xml:space="preserve">Aisha: </w:t>
      </w:r>
      <w:r>
        <w:t>I am taking extra classes to improve my accounting skills.</w:t>
      </w:r>
    </w:p>
    <w:p w14:paraId="36039DC1" w14:textId="77777777" w:rsidR="004D35DF" w:rsidRDefault="001D3C76">
      <w:r>
        <w:rPr>
          <w:b/>
        </w:rPr>
        <w:t xml:space="preserve">Priya: </w:t>
      </w:r>
      <w:r>
        <w:t>You will definitely see a difference in your final grades.</w:t>
      </w:r>
    </w:p>
    <w:p w14:paraId="43C7C0CA" w14:textId="77777777" w:rsidR="004D35DF" w:rsidRDefault="001D3C76">
      <w:r>
        <w:rPr>
          <w:b/>
        </w:rPr>
        <w:t xml:space="preserve">Question: </w:t>
      </w:r>
      <w:r>
        <w:t>Aisha told Priya _______________________________________. Priya assured her that she would definitely see a difference in her final grades.</w:t>
      </w:r>
    </w:p>
    <w:p w14:paraId="613BF0C1" w14:textId="77777777" w:rsidR="004D35DF" w:rsidRDefault="004D35DF"/>
    <w:p w14:paraId="5390011E" w14:textId="77777777" w:rsidR="004D35DF" w:rsidRDefault="001D3C76">
      <w:r>
        <w:rPr>
          <w:b/>
        </w:rPr>
        <w:t xml:space="preserve">5. </w:t>
      </w:r>
    </w:p>
    <w:p w14:paraId="5687B00B" w14:textId="77777777" w:rsidR="004D35DF" w:rsidRDefault="001D3C76">
      <w:r>
        <w:rPr>
          <w:b/>
        </w:rPr>
        <w:t xml:space="preserve">Vikram: </w:t>
      </w:r>
      <w:r>
        <w:t>I have decided to resign from my current position because of the heavy workload.</w:t>
      </w:r>
    </w:p>
    <w:p w14:paraId="2E796F2A" w14:textId="77777777" w:rsidR="004D35DF" w:rsidRDefault="001D3C76">
      <w:r>
        <w:rPr>
          <w:b/>
        </w:rPr>
        <w:t xml:space="preserve">Neha: </w:t>
      </w:r>
      <w:r>
        <w:t>The director is planning to restructure the entire department soon.</w:t>
      </w:r>
    </w:p>
    <w:p w14:paraId="03AA5795" w14:textId="77777777" w:rsidR="004D35DF" w:rsidRDefault="001D3C76">
      <w:r>
        <w:rPr>
          <w:b/>
        </w:rPr>
        <w:t xml:space="preserve">Question: </w:t>
      </w:r>
      <w:r>
        <w:t>Vikram confided in Neha _______________________________________. Neha mentioned that the director was planning to restructure the entire department soon.</w:t>
      </w:r>
    </w:p>
    <w:p w14:paraId="38EEA0E2" w14:textId="77777777" w:rsidR="004D35DF" w:rsidRDefault="004D35DF"/>
    <w:p w14:paraId="359EC8F5" w14:textId="77777777" w:rsidR="004D35DF" w:rsidRDefault="001D3C76">
      <w:r>
        <w:rPr>
          <w:b/>
        </w:rPr>
        <w:t xml:space="preserve">6. </w:t>
      </w:r>
    </w:p>
    <w:p w14:paraId="27902417" w14:textId="77777777" w:rsidR="004D35DF" w:rsidRDefault="001D3C76">
      <w:r>
        <w:rPr>
          <w:b/>
        </w:rPr>
        <w:t xml:space="preserve">Rohan: </w:t>
      </w:r>
      <w:r>
        <w:t>I was studying for my final exams when the power went out.</w:t>
      </w:r>
    </w:p>
    <w:p w14:paraId="5FC54BF6" w14:textId="77777777" w:rsidR="004D35DF" w:rsidRDefault="001D3C76">
      <w:r>
        <w:rPr>
          <w:b/>
        </w:rPr>
        <w:t xml:space="preserve">Mother: </w:t>
      </w:r>
      <w:r>
        <w:t>The electrician fixed the main fuse an hour ago.</w:t>
      </w:r>
    </w:p>
    <w:p w14:paraId="2F0012C1" w14:textId="77777777" w:rsidR="004D35DF" w:rsidRDefault="001D3C76">
      <w:r>
        <w:rPr>
          <w:b/>
        </w:rPr>
        <w:t xml:space="preserve">Question: </w:t>
      </w:r>
      <w:r>
        <w:t>Rohan complained to his mother _______________________________________. His mother replied that the electrician had fixed the main fuse an hour before.</w:t>
      </w:r>
    </w:p>
    <w:p w14:paraId="30DC4FA7" w14:textId="77777777" w:rsidR="004D35DF" w:rsidRDefault="004D35DF"/>
    <w:p w14:paraId="0EE895D5" w14:textId="77777777" w:rsidR="004D35DF" w:rsidRDefault="001D3C76">
      <w:r>
        <w:rPr>
          <w:b/>
        </w:rPr>
        <w:t xml:space="preserve">7. </w:t>
      </w:r>
    </w:p>
    <w:p w14:paraId="0BC8CFE5" w14:textId="77777777" w:rsidR="004D35DF" w:rsidRDefault="001D3C76">
      <w:r>
        <w:rPr>
          <w:b/>
        </w:rPr>
        <w:t xml:space="preserve">Sonia: </w:t>
      </w:r>
      <w:r>
        <w:t>I must submit these documents to the university by tomorrow.</w:t>
      </w:r>
    </w:p>
    <w:p w14:paraId="31DC2A8E" w14:textId="77777777" w:rsidR="004D35DF" w:rsidRDefault="001D3C76">
      <w:r>
        <w:rPr>
          <w:b/>
        </w:rPr>
        <w:t xml:space="preserve">Rakesh: </w:t>
      </w:r>
      <w:r>
        <w:t>I can drop them off on my way to the office.</w:t>
      </w:r>
    </w:p>
    <w:p w14:paraId="6659636C" w14:textId="77777777" w:rsidR="004D35DF" w:rsidRDefault="001D3C76">
      <w:r>
        <w:rPr>
          <w:b/>
        </w:rPr>
        <w:t xml:space="preserve">Question: </w:t>
      </w:r>
      <w:r>
        <w:t>Sonia told Rakesh _______________________________________. Rakesh offered that he could drop them off on his way to the office.</w:t>
      </w:r>
    </w:p>
    <w:p w14:paraId="0E481E46" w14:textId="77777777" w:rsidR="004D35DF" w:rsidRDefault="004D35DF"/>
    <w:p w14:paraId="7FBE1674" w14:textId="77777777" w:rsidR="004D35DF" w:rsidRDefault="001D3C76">
      <w:r>
        <w:rPr>
          <w:b/>
        </w:rPr>
        <w:t xml:space="preserve">8. </w:t>
      </w:r>
    </w:p>
    <w:p w14:paraId="3A7054BB" w14:textId="77777777" w:rsidR="004D35DF" w:rsidRDefault="001D3C76">
      <w:r>
        <w:rPr>
          <w:b/>
        </w:rPr>
        <w:t xml:space="preserve">Manager: </w:t>
      </w:r>
      <w:r>
        <w:t>Our company expects a significant increase in revenue this quarter.</w:t>
      </w:r>
    </w:p>
    <w:p w14:paraId="026F55B1" w14:textId="77777777" w:rsidR="004D35DF" w:rsidRDefault="001D3C76">
      <w:r>
        <w:rPr>
          <w:b/>
        </w:rPr>
        <w:t xml:space="preserve">Client: </w:t>
      </w:r>
      <w:r>
        <w:t>We appreciate the consistent quality of your services.</w:t>
      </w:r>
    </w:p>
    <w:p w14:paraId="04370CEB" w14:textId="77777777" w:rsidR="004D35DF" w:rsidRDefault="001D3C76">
      <w:r>
        <w:rPr>
          <w:b/>
        </w:rPr>
        <w:t xml:space="preserve">Question: </w:t>
      </w:r>
      <w:r>
        <w:t>The manager informed the client _______________________________________. The client replied that they appreciated the consistent quality of their services.</w:t>
      </w:r>
    </w:p>
    <w:p w14:paraId="4EF74DE4" w14:textId="77777777" w:rsidR="004D35DF" w:rsidRDefault="004D35DF"/>
    <w:p w14:paraId="00740F5A" w14:textId="77777777" w:rsidR="004D35DF" w:rsidRDefault="001D3C76">
      <w:r>
        <w:rPr>
          <w:b/>
        </w:rPr>
        <w:t xml:space="preserve">9. </w:t>
      </w:r>
    </w:p>
    <w:p w14:paraId="7F7D8E43" w14:textId="77777777" w:rsidR="004D35DF" w:rsidRDefault="001D3C76">
      <w:r>
        <w:rPr>
          <w:b/>
        </w:rPr>
        <w:t xml:space="preserve">Doctor: </w:t>
      </w:r>
      <w:r>
        <w:t>I had already warned you about the side effects of this medication last month.</w:t>
      </w:r>
    </w:p>
    <w:p w14:paraId="0EC7A4BE" w14:textId="77777777" w:rsidR="004D35DF" w:rsidRDefault="001D3C76">
      <w:r>
        <w:rPr>
          <w:b/>
        </w:rPr>
        <w:t xml:space="preserve">Patient: </w:t>
      </w:r>
      <w:r>
        <w:t>I completely forgot to check the prescription details before taking it.</w:t>
      </w:r>
    </w:p>
    <w:p w14:paraId="1C07CA64" w14:textId="77777777" w:rsidR="004D35DF" w:rsidRDefault="001D3C76">
      <w:r>
        <w:rPr>
          <w:b/>
        </w:rPr>
        <w:t xml:space="preserve">Question: </w:t>
      </w:r>
      <w:r>
        <w:t>The doctor reminded the patient _______________________________________. The patient admitted that he had completely forgotten to check the prescription details before taking it.</w:t>
      </w:r>
    </w:p>
    <w:p w14:paraId="71EC2F19" w14:textId="77777777" w:rsidR="004D35DF" w:rsidRDefault="004D35DF"/>
    <w:p w14:paraId="529EB307" w14:textId="49E5254E" w:rsidR="004D35DF" w:rsidRDefault="004D35DF"/>
    <w:sectPr w:rsidR="004D35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181786">
    <w:abstractNumId w:val="8"/>
  </w:num>
  <w:num w:numId="2" w16cid:durableId="446004878">
    <w:abstractNumId w:val="6"/>
  </w:num>
  <w:num w:numId="3" w16cid:durableId="2013409492">
    <w:abstractNumId w:val="5"/>
  </w:num>
  <w:num w:numId="4" w16cid:durableId="1895509007">
    <w:abstractNumId w:val="4"/>
  </w:num>
  <w:num w:numId="5" w16cid:durableId="1801458180">
    <w:abstractNumId w:val="7"/>
  </w:num>
  <w:num w:numId="6" w16cid:durableId="1076320875">
    <w:abstractNumId w:val="3"/>
  </w:num>
  <w:num w:numId="7" w16cid:durableId="1882008502">
    <w:abstractNumId w:val="2"/>
  </w:num>
  <w:num w:numId="8" w16cid:durableId="590359728">
    <w:abstractNumId w:val="1"/>
  </w:num>
  <w:num w:numId="9" w16cid:durableId="1259561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3C76"/>
    <w:rsid w:val="0029639D"/>
    <w:rsid w:val="00312E42"/>
    <w:rsid w:val="00326F90"/>
    <w:rsid w:val="004D35DF"/>
    <w:rsid w:val="0061582F"/>
    <w:rsid w:val="006D4F53"/>
    <w:rsid w:val="00AA1D8D"/>
    <w:rsid w:val="00AA52F7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302957"/>
  <w14:defaultImageDpi w14:val="300"/>
  <w15:docId w15:val="{E2901F8A-FE0B-FF41-9430-CEB4B4D1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priyamdasgupta96@gmail.com</cp:lastModifiedBy>
  <cp:revision>2</cp:revision>
  <dcterms:created xsi:type="dcterms:W3CDTF">2026-08-05T04:10:00Z</dcterms:created>
  <dcterms:modified xsi:type="dcterms:W3CDTF">2026-08-05T04:10:00Z</dcterms:modified>
  <cp:category/>
</cp:coreProperties>
</file>