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D3B5" w14:textId="77777777" w:rsidR="007D4955" w:rsidRDefault="00B0565B">
      <w:pPr>
        <w:pStyle w:val="Heading1"/>
      </w:pPr>
      <w:r>
        <w:t>Story Completion Exercises</w:t>
      </w:r>
    </w:p>
    <w:p w14:paraId="0F1CC011" w14:textId="7F9BC328" w:rsidR="007D4955" w:rsidRDefault="00B0565B">
      <w:pPr>
        <w:pStyle w:val="Heading2"/>
      </w:pPr>
      <w:r>
        <w:t xml:space="preserve">Story Completion </w:t>
      </w:r>
      <w:r w:rsidR="0057284F">
        <w:t>1</w:t>
      </w:r>
    </w:p>
    <w:p w14:paraId="5D0102A6" w14:textId="6E483A51" w:rsidR="007D4955" w:rsidRDefault="00B0565B">
      <w:r>
        <w:t>Complete the following story in 120–1</w:t>
      </w:r>
      <w:r w:rsidR="00EF5BA5">
        <w:t>4</w:t>
      </w:r>
      <w:r>
        <w:t>0 words. Give a suitable title and end it with a moral.</w:t>
      </w:r>
      <w:r>
        <w:br/>
      </w:r>
      <w:r>
        <w:br/>
        <w:t>Rohan was waiting for the school bus when he noticed a young child crying near the bus stop. The child seemed frightened and was looking around for someone. Rohan decided to help...</w:t>
      </w:r>
    </w:p>
    <w:p w14:paraId="0ACF762C" w14:textId="6F103C98" w:rsidR="007D4955" w:rsidRDefault="00B0565B">
      <w:pPr>
        <w:pStyle w:val="Heading2"/>
      </w:pPr>
      <w:r>
        <w:t>Story Completion –</w:t>
      </w:r>
      <w:r w:rsidR="0057284F">
        <w:t>2</w:t>
      </w:r>
    </w:p>
    <w:p w14:paraId="53F51D9F" w14:textId="39F3B084" w:rsidR="007D4955" w:rsidRDefault="00B0565B">
      <w:r>
        <w:t>Complete the following story in 120–1</w:t>
      </w:r>
      <w:r w:rsidR="0057284F">
        <w:t>4</w:t>
      </w:r>
      <w:r>
        <w:t>0 words. Give a suitable title and end it with a moral.</w:t>
      </w:r>
      <w:r>
        <w:br/>
      </w:r>
      <w:r>
        <w:br/>
      </w:r>
      <w:r>
        <w:t>It was the last day before the summer vacation. As Priya was leaving her classroom, she noticed a small diary lying under a desk. She picked it up and opened the first page. What she read surprised her...</w:t>
      </w:r>
    </w:p>
    <w:sectPr w:rsidR="007D495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0849994">
    <w:abstractNumId w:val="8"/>
  </w:num>
  <w:num w:numId="2" w16cid:durableId="1746951483">
    <w:abstractNumId w:val="6"/>
  </w:num>
  <w:num w:numId="3" w16cid:durableId="247271142">
    <w:abstractNumId w:val="5"/>
  </w:num>
  <w:num w:numId="4" w16cid:durableId="1038239305">
    <w:abstractNumId w:val="4"/>
  </w:num>
  <w:num w:numId="5" w16cid:durableId="1210261017">
    <w:abstractNumId w:val="7"/>
  </w:num>
  <w:num w:numId="6" w16cid:durableId="1130171599">
    <w:abstractNumId w:val="3"/>
  </w:num>
  <w:num w:numId="7" w16cid:durableId="1866014299">
    <w:abstractNumId w:val="2"/>
  </w:num>
  <w:num w:numId="8" w16cid:durableId="1298031067">
    <w:abstractNumId w:val="1"/>
  </w:num>
  <w:num w:numId="9" w16cid:durableId="200909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284F"/>
    <w:rsid w:val="007D4955"/>
    <w:rsid w:val="00AA1D8D"/>
    <w:rsid w:val="00B0565B"/>
    <w:rsid w:val="00B47730"/>
    <w:rsid w:val="00C9337F"/>
    <w:rsid w:val="00CB0664"/>
    <w:rsid w:val="00EF5B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A795AE"/>
  <w14:defaultImageDpi w14:val="300"/>
  <w15:docId w15:val="{0DEE058E-7E56-9743-9020-B025B40E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Aindrila Chakraborty</cp:lastModifiedBy>
  <cp:revision>2</cp:revision>
  <dcterms:created xsi:type="dcterms:W3CDTF">2026-08-07T04:10:00Z</dcterms:created>
  <dcterms:modified xsi:type="dcterms:W3CDTF">2026-08-07T04:10:00Z</dcterms:modified>
  <cp:category/>
</cp:coreProperties>
</file>