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EC95C" w14:textId="77777777" w:rsidR="00581ADC" w:rsidRDefault="00000000">
      <w:pPr>
        <w:jc w:val="center"/>
      </w:pPr>
      <w:r>
        <w:rPr>
          <w:b/>
          <w:sz w:val="32"/>
        </w:rPr>
        <w:t>PROPORTIONAL REASONING – I</w:t>
      </w:r>
      <w:r>
        <w:rPr>
          <w:b/>
          <w:sz w:val="32"/>
        </w:rPr>
        <w:br/>
        <w:t>WORKSHEET</w:t>
      </w:r>
    </w:p>
    <w:p w14:paraId="04EF8C17" w14:textId="77777777" w:rsidR="00581ADC" w:rsidRDefault="00000000">
      <w:pPr>
        <w:spacing w:after="160"/>
      </w:pPr>
      <w:r>
        <w:rPr>
          <w:sz w:val="24"/>
        </w:rPr>
        <w:t>1. If x : y = 3 : 2, find (5x + 2y) : (2x + 6y).</w:t>
      </w:r>
    </w:p>
    <w:p w14:paraId="74DE14A3" w14:textId="31230FD6" w:rsidR="00581ADC" w:rsidRDefault="00000000">
      <w:pPr>
        <w:spacing w:after="160"/>
      </w:pPr>
      <w:r>
        <w:rPr>
          <w:sz w:val="24"/>
        </w:rPr>
        <w:t>2. Divide ₹880 between Ra</w:t>
      </w:r>
      <w:r w:rsidR="00861176">
        <w:rPr>
          <w:sz w:val="24"/>
        </w:rPr>
        <w:t>kesh</w:t>
      </w:r>
      <w:r>
        <w:rPr>
          <w:sz w:val="24"/>
        </w:rPr>
        <w:t xml:space="preserve"> and </w:t>
      </w:r>
      <w:r w:rsidR="006668E4">
        <w:rPr>
          <w:sz w:val="24"/>
        </w:rPr>
        <w:t>Raju</w:t>
      </w:r>
      <w:r>
        <w:rPr>
          <w:sz w:val="24"/>
        </w:rPr>
        <w:t xml:space="preserve"> in the ratio 1/5 : 1/6.</w:t>
      </w:r>
    </w:p>
    <w:p w14:paraId="06CA9998" w14:textId="77777777" w:rsidR="00581ADC" w:rsidRDefault="00000000">
      <w:pPr>
        <w:spacing w:after="160"/>
      </w:pPr>
      <w:r>
        <w:rPr>
          <w:sz w:val="24"/>
        </w:rPr>
        <w:t>3. The ratio of monthly income to saving of a family is 11 : 2. If the saving be ₹2500, find the monthly income and expenditure of the family.</w:t>
      </w:r>
    </w:p>
    <w:p w14:paraId="257310BF" w14:textId="77777777" w:rsidR="00581ADC" w:rsidRDefault="00000000">
      <w:pPr>
        <w:spacing w:after="160"/>
      </w:pPr>
      <w:r>
        <w:rPr>
          <w:sz w:val="24"/>
        </w:rPr>
        <w:t>4. If x : 18 :: 5 : 3, find the value of x.</w:t>
      </w:r>
    </w:p>
    <w:p w14:paraId="4A562F86" w14:textId="77777777" w:rsidR="00581ADC" w:rsidRDefault="00000000">
      <w:pPr>
        <w:spacing w:after="160"/>
      </w:pPr>
      <w:r>
        <w:rPr>
          <w:sz w:val="24"/>
        </w:rPr>
        <w:t>5. The first three terms of a proportion are 3, 5, 21, respectively. Find the fourth term.</w:t>
      </w:r>
    </w:p>
    <w:p w14:paraId="676A1419" w14:textId="77777777" w:rsidR="00581ADC" w:rsidRDefault="00000000">
      <w:pPr>
        <w:spacing w:after="160"/>
      </w:pPr>
      <w:r>
        <w:rPr>
          <w:sz w:val="24"/>
        </w:rPr>
        <w:t>6. If (3x + 5y) : (7x − 4y) = 7 : 4, then find x : y.</w:t>
      </w:r>
    </w:p>
    <w:p w14:paraId="6B91FCEA" w14:textId="77777777" w:rsidR="00581ADC" w:rsidRDefault="00000000">
      <w:pPr>
        <w:spacing w:after="160"/>
      </w:pPr>
      <w:r>
        <w:rPr>
          <w:sz w:val="24"/>
        </w:rPr>
        <w:t>7. Which number is to be added to each of 2, 4, 6 and 10 to make the terms proportional?</w:t>
      </w:r>
    </w:p>
    <w:p w14:paraId="5AA0842F" w14:textId="77777777" w:rsidR="00581ADC" w:rsidRDefault="00000000">
      <w:pPr>
        <w:spacing w:after="160"/>
      </w:pPr>
      <w:r>
        <w:rPr>
          <w:sz w:val="24"/>
        </w:rPr>
        <w:t>8. Two numbers are in the ratio 4 : 7. If 8 is added to the smaller number and 7 is subtracted from the larger number, the new ratio becomes 2 : 3. Find the original numbers.</w:t>
      </w:r>
    </w:p>
    <w:p w14:paraId="6D50A3E3" w14:textId="77777777" w:rsidR="00861176" w:rsidRDefault="00000000">
      <w:pPr>
        <w:spacing w:after="160"/>
        <w:rPr>
          <w:sz w:val="24"/>
        </w:rPr>
      </w:pPr>
      <w:r>
        <w:rPr>
          <w:sz w:val="24"/>
        </w:rPr>
        <w:t>9. Three positive numbers are in continued proportion. The first is x, the second is</w:t>
      </w:r>
    </w:p>
    <w:p w14:paraId="5AFBDD8F" w14:textId="6F71412E" w:rsidR="00581ADC" w:rsidRDefault="00861176">
      <w:pPr>
        <w:spacing w:after="160"/>
      </w:pPr>
      <w:r>
        <w:rPr>
          <w:sz w:val="24"/>
        </w:rPr>
        <w:t xml:space="preserve">  </w:t>
      </w:r>
      <w:r w:rsidR="00000000">
        <w:rPr>
          <w:sz w:val="24"/>
        </w:rPr>
        <w:t xml:space="preserve"> x + 4 and the third is x + 12. Find all three numbers.</w:t>
      </w:r>
    </w:p>
    <w:sectPr w:rsidR="00581AD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rinda">
    <w:panose1 w:val="020B0502040204020203"/>
    <w:charset w:val="01"/>
    <w:family w:val="roman"/>
    <w:pitch w:val="variable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1153055">
    <w:abstractNumId w:val="8"/>
  </w:num>
  <w:num w:numId="2" w16cid:durableId="922758940">
    <w:abstractNumId w:val="6"/>
  </w:num>
  <w:num w:numId="3" w16cid:durableId="1412854762">
    <w:abstractNumId w:val="5"/>
  </w:num>
  <w:num w:numId="4" w16cid:durableId="1011297541">
    <w:abstractNumId w:val="4"/>
  </w:num>
  <w:num w:numId="5" w16cid:durableId="1234895720">
    <w:abstractNumId w:val="7"/>
  </w:num>
  <w:num w:numId="6" w16cid:durableId="1364211083">
    <w:abstractNumId w:val="3"/>
  </w:num>
  <w:num w:numId="7" w16cid:durableId="1921058798">
    <w:abstractNumId w:val="2"/>
  </w:num>
  <w:num w:numId="8" w16cid:durableId="1724988963">
    <w:abstractNumId w:val="1"/>
  </w:num>
  <w:num w:numId="9" w16cid:durableId="688529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9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3A66"/>
    <w:rsid w:val="0015074B"/>
    <w:rsid w:val="001B3E20"/>
    <w:rsid w:val="0029639D"/>
    <w:rsid w:val="00326F90"/>
    <w:rsid w:val="00581ADC"/>
    <w:rsid w:val="006668E4"/>
    <w:rsid w:val="00861176"/>
    <w:rsid w:val="00AA1D8D"/>
    <w:rsid w:val="00B47730"/>
    <w:rsid w:val="00CB0664"/>
    <w:rsid w:val="00EA0F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9B79BA"/>
  <w14:defaultImageDpi w14:val="300"/>
  <w15:docId w15:val="{6870AC78-C185-4349-8945-8704BCBE6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Koushik Mondal</cp:lastModifiedBy>
  <cp:revision>5</cp:revision>
  <dcterms:created xsi:type="dcterms:W3CDTF">2026-08-26T18:36:00Z</dcterms:created>
  <dcterms:modified xsi:type="dcterms:W3CDTF">2026-08-26T18:38:00Z</dcterms:modified>
  <cp:category/>
</cp:coreProperties>
</file>