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69F64" w14:textId="77777777" w:rsidR="00992EE9" w:rsidRDefault="00CB25B9">
      <w:pPr>
        <w:jc w:val="center"/>
      </w:pPr>
      <w:r>
        <w:rPr>
          <w:b/>
          <w:sz w:val="32"/>
        </w:rPr>
        <w:t>WORKSHEET – 2</w:t>
      </w:r>
    </w:p>
    <w:p w14:paraId="795D9A37" w14:textId="77777777" w:rsidR="00992EE9" w:rsidRDefault="00CB25B9">
      <w:pPr>
        <w:jc w:val="center"/>
      </w:pPr>
      <w:r>
        <w:rPr>
          <w:b/>
          <w:sz w:val="26"/>
        </w:rPr>
        <w:t>PROPORTION</w:t>
      </w:r>
    </w:p>
    <w:p w14:paraId="16F2167C" w14:textId="430CACCF" w:rsidR="00992EE9" w:rsidRDefault="00992EE9"/>
    <w:p w14:paraId="6055591A" w14:textId="77777777" w:rsidR="00992EE9" w:rsidRDefault="00CB25B9">
      <w:pPr>
        <w:spacing w:after="160"/>
      </w:pPr>
      <w:r>
        <w:rPr>
          <w:b/>
        </w:rPr>
        <w:t xml:space="preserve">1. </w:t>
      </w:r>
      <w:r>
        <w:t>Show that 22, 33, 42 and 63 are in proportion.</w:t>
      </w:r>
    </w:p>
    <w:p w14:paraId="45483447" w14:textId="77777777" w:rsidR="00992EE9" w:rsidRDefault="00CB25B9">
      <w:pPr>
        <w:spacing w:after="160"/>
      </w:pPr>
      <w:r>
        <w:rPr>
          <w:b/>
        </w:rPr>
        <w:t xml:space="preserve">2. </w:t>
      </w:r>
      <w:r>
        <w:t>Check whether 25, 36, 5 and 6 are in proportion or not.</w:t>
      </w:r>
    </w:p>
    <w:p w14:paraId="7E0A6EF7" w14:textId="77777777" w:rsidR="00992EE9" w:rsidRDefault="00CB25B9">
      <w:pPr>
        <w:spacing w:after="160"/>
      </w:pPr>
      <w:r>
        <w:rPr>
          <w:b/>
        </w:rPr>
        <w:t xml:space="preserve">3. </w:t>
      </w:r>
      <w:r>
        <w:t>If x : 18 :: 5 : 3, find x.</w:t>
      </w:r>
    </w:p>
    <w:p w14:paraId="714FFE80" w14:textId="77777777" w:rsidR="00992EE9" w:rsidRDefault="00CB25B9">
      <w:pPr>
        <w:spacing w:after="160"/>
      </w:pPr>
      <w:r>
        <w:rPr>
          <w:b/>
        </w:rPr>
        <w:t xml:space="preserve">4. </w:t>
      </w:r>
      <w:r>
        <w:t>If the first three terms of a proportion are 3, 5 and 21, find the fourth term.</w:t>
      </w:r>
    </w:p>
    <w:p w14:paraId="24E36F9C" w14:textId="77777777" w:rsidR="00992EE9" w:rsidRDefault="00CB25B9">
      <w:pPr>
        <w:spacing w:after="160"/>
      </w:pPr>
      <w:r>
        <w:rPr>
          <w:b/>
        </w:rPr>
        <w:t xml:space="preserve">5. </w:t>
      </w:r>
      <w:r>
        <w:t>Find the fourth proportion of 3, 4 and 6.</w:t>
      </w:r>
    </w:p>
    <w:p w14:paraId="443D77EE" w14:textId="77777777" w:rsidR="00992EE9" w:rsidRDefault="00CB25B9">
      <w:pPr>
        <w:spacing w:after="160"/>
      </w:pPr>
      <w:r>
        <w:rPr>
          <w:b/>
        </w:rPr>
        <w:t xml:space="preserve">6. </w:t>
      </w:r>
      <w:r>
        <w:t>If 8 : y :: 2 : 21, find y.</w:t>
      </w:r>
    </w:p>
    <w:p w14:paraId="052ED183" w14:textId="77777777" w:rsidR="00992EE9" w:rsidRDefault="00CB25B9">
      <w:pPr>
        <w:spacing w:after="160"/>
      </w:pPr>
      <w:r>
        <w:rPr>
          <w:b/>
        </w:rPr>
        <w:t xml:space="preserve">7. </w:t>
      </w:r>
      <w:r>
        <w:t>If 6 : x :: 2 : 13, find x.</w:t>
      </w:r>
    </w:p>
    <w:p w14:paraId="70283F37" w14:textId="77777777" w:rsidR="00992EE9" w:rsidRDefault="00CB25B9">
      <w:pPr>
        <w:spacing w:after="160"/>
      </w:pPr>
      <w:r>
        <w:rPr>
          <w:b/>
        </w:rPr>
        <w:t xml:space="preserve">8. </w:t>
      </w:r>
      <w:r>
        <w:t>Check whether 2a, 3b, 3ac and 6bc are in proportion or not.</w:t>
      </w:r>
    </w:p>
    <w:p w14:paraId="530E1CC3" w14:textId="77777777" w:rsidR="00992EE9" w:rsidRDefault="00CB25B9">
      <w:pPr>
        <w:spacing w:after="160"/>
      </w:pPr>
      <w:r>
        <w:rPr>
          <w:b/>
        </w:rPr>
        <w:t xml:space="preserve">9. </w:t>
      </w:r>
      <w:r>
        <w:t>If 14, 21 and 42 are the 1st, 2nd and 4th terms of a proportion, then find the 3rd term.</w:t>
      </w:r>
    </w:p>
    <w:p w14:paraId="5F724160" w14:textId="77777777" w:rsidR="00992EE9" w:rsidRDefault="00CB25B9">
      <w:pPr>
        <w:spacing w:after="160"/>
      </w:pPr>
      <w:r>
        <w:rPr>
          <w:b/>
        </w:rPr>
        <w:t xml:space="preserve">10. </w:t>
      </w:r>
      <w:r>
        <w:t>If 8 apples cost ₹220, what do 20 apples cost?</w:t>
      </w:r>
    </w:p>
    <w:p w14:paraId="3D42E63A" w14:textId="77777777" w:rsidR="00992EE9" w:rsidRDefault="00CB25B9">
      <w:pPr>
        <w:spacing w:after="160"/>
      </w:pPr>
      <w:r>
        <w:rPr>
          <w:b/>
        </w:rPr>
        <w:t xml:space="preserve">11. </w:t>
      </w:r>
      <w:r>
        <w:t>A car travels 90 km in 150 minutes. If it continues at the same speed, what distance will it cover in 4 hours?</w:t>
      </w:r>
    </w:p>
    <w:p w14:paraId="4A871D8E" w14:textId="77777777" w:rsidR="00992EE9" w:rsidRDefault="00CB25B9">
      <w:pPr>
        <w:spacing w:after="160"/>
      </w:pPr>
      <w:r>
        <w:rPr>
          <w:b/>
        </w:rPr>
        <w:t xml:space="preserve">12. </w:t>
      </w:r>
      <w:r>
        <w:t>A tap takes 15 seconds to fill a mug of water. The volume of the mug is 500 mL. How much time does the same tap take to fill a bucket of water having a 10-litre capacity?</w:t>
      </w:r>
    </w:p>
    <w:p w14:paraId="3C85AC4C" w14:textId="77777777" w:rsidR="00992EE9" w:rsidRDefault="00CB25B9">
      <w:pPr>
        <w:spacing w:after="160"/>
      </w:pPr>
      <w:r>
        <w:rPr>
          <w:b/>
        </w:rPr>
        <w:t xml:space="preserve">13. </w:t>
      </w:r>
      <w:r>
        <w:t>The ratio of boys and girls in a school is 8 : 3. If the total number of girls is 375, find the number of boys.</w:t>
      </w:r>
    </w:p>
    <w:p w14:paraId="6F2FC609" w14:textId="77777777" w:rsidR="00992EE9" w:rsidRDefault="00CB25B9">
      <w:pPr>
        <w:spacing w:after="160"/>
      </w:pPr>
      <w:r>
        <w:rPr>
          <w:b/>
        </w:rPr>
        <w:t xml:space="preserve">14. </w:t>
      </w:r>
      <w:r>
        <w:t>The ratio of copper and zinc in an alloy is 5 : 3. If the weight of copper in the alloy is 30.5 grams, find the weight of zinc in the alloy.</w:t>
      </w:r>
    </w:p>
    <w:p w14:paraId="16CD2CBA" w14:textId="77777777" w:rsidR="00992EE9" w:rsidRDefault="00CB25B9">
      <w:pPr>
        <w:spacing w:after="160"/>
      </w:pPr>
      <w:r>
        <w:rPr>
          <w:b/>
        </w:rPr>
        <w:t xml:space="preserve">15. </w:t>
      </w:r>
      <w:r>
        <w:t>If 3, x and 12 are in continued proportion, then find x.</w:t>
      </w:r>
    </w:p>
    <w:p w14:paraId="58398CCC" w14:textId="77777777" w:rsidR="00992EE9" w:rsidRDefault="00CB25B9">
      <w:pPr>
        <w:spacing w:after="160"/>
      </w:pPr>
      <w:r>
        <w:rPr>
          <w:b/>
        </w:rPr>
        <w:t xml:space="preserve">16. </w:t>
      </w:r>
      <w:r>
        <w:t>If 25, 35 and x are in continued proportion, then find x.</w:t>
      </w:r>
    </w:p>
    <w:p w14:paraId="32DB54EA" w14:textId="77777777" w:rsidR="00992EE9" w:rsidRDefault="00CB25B9">
      <w:pPr>
        <w:spacing w:after="160"/>
      </w:pPr>
      <w:r>
        <w:rPr>
          <w:b/>
        </w:rPr>
        <w:t xml:space="preserve">17. </w:t>
      </w:r>
      <w:r>
        <w:t>Which number should be added to each of the terms 6, 15, 20 and 43 so that they will be in proportion?</w:t>
      </w:r>
    </w:p>
    <w:p w14:paraId="23555094" w14:textId="77777777" w:rsidR="00992EE9" w:rsidRDefault="00CB25B9">
      <w:pPr>
        <w:spacing w:after="160"/>
      </w:pPr>
      <w:r>
        <w:rPr>
          <w:b/>
        </w:rPr>
        <w:t xml:space="preserve">18. </w:t>
      </w:r>
      <w:r>
        <w:t>Which number should be subtracted from each term of 23, 36, 57 and 78 so that they will be in proportion?</w:t>
      </w:r>
    </w:p>
    <w:p w14:paraId="1B0100C1" w14:textId="77777777" w:rsidR="00992EE9" w:rsidRDefault="00CB25B9">
      <w:pPr>
        <w:spacing w:after="160"/>
      </w:pPr>
      <w:r>
        <w:rPr>
          <w:b/>
        </w:rPr>
        <w:t xml:space="preserve">19. </w:t>
      </w:r>
      <w:r>
        <w:t>Find the mean proportion of 1/12 and 1/75.</w:t>
      </w:r>
    </w:p>
    <w:p w14:paraId="1086AE6E" w14:textId="77777777" w:rsidR="00992EE9" w:rsidRDefault="00CB25B9">
      <w:pPr>
        <w:spacing w:after="160"/>
      </w:pPr>
      <w:r>
        <w:rPr>
          <w:b/>
        </w:rPr>
        <w:t xml:space="preserve">20. </w:t>
      </w:r>
      <w:r>
        <w:t>Find the mean proportion of pqr and pr/q.</w:t>
      </w:r>
    </w:p>
    <w:sectPr w:rsidR="00992EE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B9901" w14:textId="77777777" w:rsidR="00CB25B9" w:rsidRDefault="00CB25B9">
      <w:pPr>
        <w:spacing w:after="0" w:line="240" w:lineRule="auto"/>
      </w:pPr>
      <w:r>
        <w:separator/>
      </w:r>
    </w:p>
  </w:endnote>
  <w:endnote w:type="continuationSeparator" w:id="0">
    <w:p w14:paraId="093B55D3" w14:textId="77777777" w:rsidR="00CB25B9" w:rsidRDefault="00CB2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rinda">
    <w:panose1 w:val="020B0502040204020203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543A7" w14:textId="77777777" w:rsidR="00CB25B9" w:rsidRDefault="00CB25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05D49" w14:textId="2E78BD14" w:rsidR="00992EE9" w:rsidRDefault="00992EE9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0A529" w14:textId="77777777" w:rsidR="00CB25B9" w:rsidRDefault="00CB25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759B2" w14:textId="77777777" w:rsidR="00CB25B9" w:rsidRDefault="00CB25B9">
      <w:pPr>
        <w:spacing w:after="0" w:line="240" w:lineRule="auto"/>
      </w:pPr>
      <w:r>
        <w:separator/>
      </w:r>
    </w:p>
  </w:footnote>
  <w:footnote w:type="continuationSeparator" w:id="0">
    <w:p w14:paraId="55EA6E46" w14:textId="77777777" w:rsidR="00CB25B9" w:rsidRDefault="00CB2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3D88B" w14:textId="77777777" w:rsidR="00CB25B9" w:rsidRDefault="00CB25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59EF7" w14:textId="77777777" w:rsidR="00CB25B9" w:rsidRDefault="00CB25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2429C" w14:textId="77777777" w:rsidR="00CB25B9" w:rsidRDefault="00CB25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3729600">
    <w:abstractNumId w:val="8"/>
  </w:num>
  <w:num w:numId="2" w16cid:durableId="98721547">
    <w:abstractNumId w:val="6"/>
  </w:num>
  <w:num w:numId="3" w16cid:durableId="397481199">
    <w:abstractNumId w:val="5"/>
  </w:num>
  <w:num w:numId="4" w16cid:durableId="846333402">
    <w:abstractNumId w:val="4"/>
  </w:num>
  <w:num w:numId="5" w16cid:durableId="2119400939">
    <w:abstractNumId w:val="7"/>
  </w:num>
  <w:num w:numId="6" w16cid:durableId="574125863">
    <w:abstractNumId w:val="3"/>
  </w:num>
  <w:num w:numId="7" w16cid:durableId="156970016">
    <w:abstractNumId w:val="2"/>
  </w:num>
  <w:num w:numId="8" w16cid:durableId="1332022686">
    <w:abstractNumId w:val="1"/>
  </w:num>
  <w:num w:numId="9" w16cid:durableId="296224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7DE7"/>
    <w:rsid w:val="0029639D"/>
    <w:rsid w:val="00326F90"/>
    <w:rsid w:val="00721019"/>
    <w:rsid w:val="00992EE9"/>
    <w:rsid w:val="00AA1D8D"/>
    <w:rsid w:val="00B47730"/>
    <w:rsid w:val="00CB0664"/>
    <w:rsid w:val="00CB25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A2492F"/>
  <w14:defaultImageDpi w14:val="300"/>
  <w15:docId w15:val="{063E7FB9-4C64-6841-8BEE-78D06ADF9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footer" Target="foot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eader" Target="header3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2.xml" /><Relationship Id="rId5" Type="http://schemas.openxmlformats.org/officeDocument/2006/relationships/webSettings" Target="webSettings.xml" /><Relationship Id="rId15" Type="http://schemas.openxmlformats.org/officeDocument/2006/relationships/theme" Target="theme/theme1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2.xml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Koushik Mondal</cp:lastModifiedBy>
  <cp:revision>3</cp:revision>
  <dcterms:created xsi:type="dcterms:W3CDTF">2026-08-27T15:19:00Z</dcterms:created>
  <dcterms:modified xsi:type="dcterms:W3CDTF">2026-08-27T15:19:00Z</dcterms:modified>
  <cp:category/>
</cp:coreProperties>
</file>