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2BE97" w14:textId="77777777" w:rsidR="0013648E" w:rsidRDefault="0098241E">
      <w:pPr>
        <w:jc w:val="center"/>
      </w:pPr>
      <w:r>
        <w:rPr>
          <w:b/>
          <w:sz w:val="32"/>
        </w:rPr>
        <w:t>MATHEMATICS – CLASS TEST</w:t>
      </w:r>
    </w:p>
    <w:p w14:paraId="2AF67395" w14:textId="77777777" w:rsidR="0013648E" w:rsidRDefault="0098241E">
      <w:pPr>
        <w:jc w:val="center"/>
      </w:pPr>
      <w:r>
        <w:rPr>
          <w:b/>
        </w:rPr>
        <w:t>Class VIII  |  Chapter: Proportional Reasoning 1</w:t>
      </w:r>
    </w:p>
    <w:p w14:paraId="4BBCF4F8" w14:textId="77777777" w:rsidR="0013648E" w:rsidRDefault="0098241E">
      <w:pPr>
        <w:jc w:val="center"/>
        <w:rPr>
          <w:b/>
          <w:u w:val="single"/>
        </w:rPr>
      </w:pPr>
      <w:r w:rsidRPr="0098241E">
        <w:rPr>
          <w:b/>
          <w:u w:val="single"/>
        </w:rPr>
        <w:t>MM: 13</w:t>
      </w:r>
      <w:r w:rsidRPr="0098241E">
        <w:rPr>
          <w:u w:val="single"/>
        </w:rPr>
        <w:t xml:space="preserve">    </w:t>
      </w:r>
      <w:r w:rsidRPr="0098241E">
        <w:rPr>
          <w:u w:val="single"/>
        </w:rPr>
        <w:tab/>
      </w:r>
      <w:r w:rsidRPr="0098241E">
        <w:rPr>
          <w:u w:val="single"/>
        </w:rPr>
        <w:tab/>
      </w:r>
      <w:r w:rsidRPr="0098241E">
        <w:rPr>
          <w:u w:val="single"/>
        </w:rPr>
        <w:tab/>
      </w:r>
      <w:r>
        <w:rPr>
          <w:u w:val="single"/>
        </w:rPr>
        <w:tab/>
      </w:r>
      <w:r w:rsidRPr="0098241E">
        <w:rPr>
          <w:u w:val="single"/>
        </w:rPr>
        <w:tab/>
      </w:r>
      <w:r w:rsidRPr="0098241E">
        <w:rPr>
          <w:u w:val="single"/>
        </w:rPr>
        <w:tab/>
      </w:r>
      <w:r>
        <w:rPr>
          <w:b/>
          <w:u w:val="single"/>
        </w:rPr>
        <w:t>Time: 35</w:t>
      </w:r>
      <w:r w:rsidRPr="0098241E">
        <w:rPr>
          <w:b/>
          <w:u w:val="single"/>
        </w:rPr>
        <w:t xml:space="preserve"> Minutes</w:t>
      </w:r>
    </w:p>
    <w:p w14:paraId="2B0E9FC4" w14:textId="77777777" w:rsidR="0098241E" w:rsidRPr="0098241E" w:rsidRDefault="0098241E">
      <w:pPr>
        <w:jc w:val="center"/>
        <w:rPr>
          <w:u w:val="single"/>
        </w:rPr>
      </w:pPr>
    </w:p>
    <w:p w14:paraId="6B13FB97" w14:textId="77777777" w:rsidR="00654FB2" w:rsidRDefault="00654FB2">
      <w:r>
        <w:rPr>
          <w:b/>
        </w:rPr>
        <w:t xml:space="preserve">Q1. </w:t>
      </w:r>
      <w:r>
        <w:t xml:space="preserve">If </w:t>
      </w:r>
      <m:oMath>
        <m:r>
          <w:rPr>
            <w:rFonts w:ascii="Cambria Math" w:hAnsi="Cambria Math"/>
          </w:rPr>
          <m:t>6∶11∷x∶9</m:t>
        </m:r>
      </m:oMath>
      <w:r>
        <w:t>, then the value of x is</w:t>
      </w:r>
    </w:p>
    <w:p w14:paraId="78A7C471" w14:textId="77777777" w:rsidR="0013648E" w:rsidRPr="0098241E" w:rsidRDefault="00654FB2">
      <w:pPr>
        <w:rPr>
          <w:b/>
        </w:rPr>
      </w:pPr>
      <w:r>
        <w:t xml:space="preserve">      (A)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54</m:t>
            </m:r>
          </m:den>
        </m:f>
      </m:oMath>
      <w:r>
        <w:tab/>
        <w:t xml:space="preserve">(B)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54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tab/>
      </w:r>
      <w:r>
        <w:tab/>
        <w:t>(C) 54</w:t>
      </w:r>
      <w:r>
        <w:tab/>
      </w:r>
      <w:r>
        <w:tab/>
        <w:t>(D) 11</w:t>
      </w:r>
      <w:r>
        <w:tab/>
      </w:r>
      <w:r>
        <w:tab/>
      </w:r>
      <w:r>
        <w:tab/>
      </w:r>
      <w:r w:rsidRPr="0098241E">
        <w:rPr>
          <w:b/>
        </w:rPr>
        <w:t>[1 mark]</w:t>
      </w:r>
    </w:p>
    <w:p w14:paraId="5728152A" w14:textId="77777777" w:rsidR="0013648E" w:rsidRDefault="00654FB2">
      <w:pPr>
        <w:spacing w:after="160"/>
      </w:pPr>
      <w:r>
        <w:rPr>
          <w:b/>
        </w:rPr>
        <w:t xml:space="preserve">Q2. </w:t>
      </w:r>
      <w:r>
        <w:t xml:space="preserve">If 1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</m:t>
        </m:r>
      </m:oMath>
      <w:r>
        <w:t xml:space="preserve">of gravel weighs 1500 kg, weight of 0.48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of gravel is </w:t>
      </w:r>
    </w:p>
    <w:p w14:paraId="37C0DEAD" w14:textId="77777777" w:rsidR="00654FB2" w:rsidRDefault="00654FB2">
      <w:pPr>
        <w:spacing w:after="160"/>
      </w:pPr>
      <w:r>
        <w:t xml:space="preserve">       (A) </w:t>
      </w:r>
      <w:r w:rsidR="0098241E">
        <w:t>700 kg</w:t>
      </w:r>
      <w:r w:rsidR="0098241E">
        <w:tab/>
      </w:r>
      <w:r w:rsidR="0098241E">
        <w:tab/>
        <w:t>(B) 720 kg</w:t>
      </w:r>
      <w:r w:rsidR="0098241E">
        <w:tab/>
        <w:t>(C) 750 kg</w:t>
      </w:r>
      <w:r w:rsidR="0098241E">
        <w:tab/>
      </w:r>
      <w:r>
        <w:t>(D) 780 kg</w:t>
      </w:r>
      <w:r w:rsidR="0098241E">
        <w:tab/>
      </w:r>
      <w:r w:rsidR="0098241E" w:rsidRPr="0098241E">
        <w:rPr>
          <w:b/>
        </w:rPr>
        <w:t>[1 mark]</w:t>
      </w:r>
    </w:p>
    <w:p w14:paraId="7D2B5455" w14:textId="77777777" w:rsidR="0098241E" w:rsidRPr="0098241E" w:rsidRDefault="0098241E">
      <w:pPr>
        <w:spacing w:after="160"/>
      </w:pPr>
      <w:r>
        <w:rPr>
          <w:b/>
        </w:rPr>
        <w:t xml:space="preserve">Q3. </w:t>
      </w:r>
      <w:r>
        <w:t xml:space="preserve">If </w:t>
      </w:r>
      <m:oMath>
        <m:r>
          <w:rPr>
            <w:rFonts w:ascii="Cambria Math" w:hAnsi="Cambria Math"/>
          </w:rPr>
          <m:t>a∶b=8∶9 and b∶c=12∶7, then find a∶c</m:t>
        </m:r>
      </m:oMath>
      <w:r>
        <w:t>.</w:t>
      </w:r>
      <w:r>
        <w:tab/>
      </w:r>
      <w:r>
        <w:tab/>
      </w:r>
      <w:r>
        <w:tab/>
      </w:r>
      <w:r w:rsidRPr="0098241E">
        <w:rPr>
          <w:b/>
        </w:rPr>
        <w:t>[2 marks]</w:t>
      </w:r>
    </w:p>
    <w:p w14:paraId="024F37A5" w14:textId="77777777" w:rsidR="0013648E" w:rsidRDefault="0098241E">
      <w:pPr>
        <w:spacing w:after="160"/>
      </w:pPr>
      <w:r>
        <w:rPr>
          <w:b/>
        </w:rPr>
        <w:t xml:space="preserve">Q4. </w:t>
      </w:r>
      <w:r>
        <w:t>A recipe for 6 people requires 450 g of rice. How much rice would be required for 10 people?</w:t>
      </w:r>
      <w:r w:rsidR="00654FB2">
        <w:tab/>
      </w:r>
      <w:r w:rsidR="00654FB2">
        <w:tab/>
      </w:r>
      <w:r w:rsidR="00654FB2">
        <w:tab/>
      </w:r>
      <w:r w:rsidR="00654FB2">
        <w:tab/>
      </w:r>
      <w:r w:rsidR="00654FB2">
        <w:tab/>
      </w:r>
      <w:r w:rsidR="00654FB2">
        <w:tab/>
      </w:r>
      <w:r w:rsidR="00654FB2">
        <w:tab/>
      </w:r>
      <w:r w:rsidR="00654FB2">
        <w:tab/>
      </w:r>
      <w:r>
        <w:t xml:space="preserve"> </w:t>
      </w:r>
      <w:r w:rsidRPr="0098241E">
        <w:rPr>
          <w:b/>
        </w:rPr>
        <w:t>[2 marks]</w:t>
      </w:r>
    </w:p>
    <w:p w14:paraId="341664AC" w14:textId="77777777" w:rsidR="0013648E" w:rsidRDefault="0098241E">
      <w:pPr>
        <w:spacing w:after="160"/>
      </w:pPr>
      <w:r>
        <w:rPr>
          <w:b/>
        </w:rPr>
        <w:t xml:space="preserve">Q5. </w:t>
      </w:r>
      <w:r>
        <w:t xml:space="preserve">On a map, 3 cm represents 12 km. Two cities are 8.5 cm apart on the map. Find the actual distance between them. </w:t>
      </w:r>
      <w:r w:rsidR="00654FB2">
        <w:tab/>
      </w:r>
      <w:r w:rsidR="00654FB2">
        <w:tab/>
      </w:r>
      <w:r w:rsidR="00654FB2">
        <w:tab/>
      </w:r>
      <w:r w:rsidR="00654FB2">
        <w:tab/>
      </w:r>
      <w:r w:rsidR="00654FB2">
        <w:tab/>
      </w:r>
      <w:r w:rsidRPr="0098241E">
        <w:rPr>
          <w:b/>
        </w:rPr>
        <w:t>[2 marks]</w:t>
      </w:r>
    </w:p>
    <w:p w14:paraId="5A20E903" w14:textId="77777777" w:rsidR="0013648E" w:rsidRDefault="0098241E">
      <w:pPr>
        <w:spacing w:after="160"/>
      </w:pPr>
      <w:r>
        <w:rPr>
          <w:b/>
        </w:rPr>
        <w:t xml:space="preserve">Q6. </w:t>
      </w:r>
      <w:r>
        <w:t xml:space="preserve">A class has 36 students. If the ratio of students who play football to those who play cricket is 5 : 4, and each student plays either football or cricket, how many students play each sport?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8241E">
        <w:rPr>
          <w:b/>
        </w:rPr>
        <w:t>[2 marks]</w:t>
      </w:r>
    </w:p>
    <w:p w14:paraId="3B97F05B" w14:textId="77777777" w:rsidR="00654FB2" w:rsidRDefault="00654FB2">
      <w:pPr>
        <w:spacing w:after="160"/>
      </w:pPr>
      <w:r>
        <w:rPr>
          <w:b/>
        </w:rPr>
        <w:t>Q</w:t>
      </w:r>
      <w:r w:rsidR="0098241E">
        <w:rPr>
          <w:b/>
        </w:rPr>
        <w:t xml:space="preserve">7. </w:t>
      </w:r>
      <w:r>
        <w:t xml:space="preserve">A mixture contains milk and water in the ratio 4 : 1. If 5 litres of water is added, the ratio becomes 2 : 1. Find the original quantity of milk and water. </w:t>
      </w:r>
      <w:r>
        <w:tab/>
      </w:r>
      <w:r w:rsidRPr="0098241E">
        <w:rPr>
          <w:b/>
        </w:rPr>
        <w:t>[3 marks]</w:t>
      </w:r>
    </w:p>
    <w:p w14:paraId="4EECABD9" w14:textId="77777777" w:rsidR="0013648E" w:rsidRDefault="0013648E">
      <w:pPr>
        <w:jc w:val="center"/>
      </w:pPr>
    </w:p>
    <w:sectPr w:rsidR="0013648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20B0502040204020203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1393438">
    <w:abstractNumId w:val="8"/>
  </w:num>
  <w:num w:numId="2" w16cid:durableId="904610817">
    <w:abstractNumId w:val="6"/>
  </w:num>
  <w:num w:numId="3" w16cid:durableId="1978411935">
    <w:abstractNumId w:val="5"/>
  </w:num>
  <w:num w:numId="4" w16cid:durableId="149446311">
    <w:abstractNumId w:val="4"/>
  </w:num>
  <w:num w:numId="5" w16cid:durableId="561913147">
    <w:abstractNumId w:val="7"/>
  </w:num>
  <w:num w:numId="6" w16cid:durableId="2074161195">
    <w:abstractNumId w:val="3"/>
  </w:num>
  <w:num w:numId="7" w16cid:durableId="390888329">
    <w:abstractNumId w:val="2"/>
  </w:num>
  <w:num w:numId="8" w16cid:durableId="1215853884">
    <w:abstractNumId w:val="1"/>
  </w:num>
  <w:num w:numId="9" w16cid:durableId="228226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648E"/>
    <w:rsid w:val="0015074B"/>
    <w:rsid w:val="001D7926"/>
    <w:rsid w:val="0029639D"/>
    <w:rsid w:val="00326F90"/>
    <w:rsid w:val="00654FB2"/>
    <w:rsid w:val="0098241E"/>
    <w:rsid w:val="0098635C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D9E15A"/>
  <w15:docId w15:val="{DE3E24D7-15D5-8949-B51D-FFFDFD15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654FB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Koushik Mondal</cp:lastModifiedBy>
  <cp:revision>2</cp:revision>
  <dcterms:created xsi:type="dcterms:W3CDTF">2026-09-07T16:54:00Z</dcterms:created>
  <dcterms:modified xsi:type="dcterms:W3CDTF">2026-09-07T16:54:00Z</dcterms:modified>
</cp:coreProperties>
</file>