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5B325" w14:textId="77777777" w:rsidR="00F24911" w:rsidRDefault="00110A2B" w:rsidP="00110A2B">
      <w:pPr>
        <w:spacing w:after="120"/>
        <w:jc w:val="center"/>
        <w:rPr>
          <w:b/>
          <w:sz w:val="28"/>
        </w:rPr>
      </w:pPr>
      <w:r>
        <w:rPr>
          <w:b/>
          <w:sz w:val="28"/>
        </w:rPr>
        <w:t>MATHEMATICS – CLASS TEST</w:t>
      </w:r>
    </w:p>
    <w:p w14:paraId="63466C5B" w14:textId="77777777" w:rsidR="00110A2B" w:rsidRPr="00110A2B" w:rsidRDefault="00110A2B" w:rsidP="00110A2B">
      <w:pPr>
        <w:spacing w:after="120"/>
        <w:jc w:val="center"/>
        <w:rPr>
          <w:b/>
        </w:rPr>
      </w:pPr>
      <w:r>
        <w:rPr>
          <w:b/>
          <w:sz w:val="28"/>
        </w:rPr>
        <w:t>Set B</w:t>
      </w:r>
    </w:p>
    <w:p w14:paraId="1FB7B7B3" w14:textId="77777777" w:rsidR="00F24911" w:rsidRDefault="00110A2B" w:rsidP="00110A2B">
      <w:pPr>
        <w:spacing w:after="120"/>
        <w:jc w:val="center"/>
        <w:rPr>
          <w:b/>
          <w:u w:val="single"/>
        </w:rPr>
      </w:pPr>
      <w:r>
        <w:rPr>
          <w:b/>
        </w:rPr>
        <w:t>Class VIII | Chapter: Proportional Reasoning 1</w:t>
      </w:r>
      <w:r>
        <w:rPr>
          <w:b/>
        </w:rPr>
        <w:br/>
      </w:r>
      <w:r>
        <w:rPr>
          <w:b/>
        </w:rPr>
        <w:br/>
      </w:r>
      <w:r>
        <w:rPr>
          <w:b/>
          <w:u w:val="single"/>
        </w:rPr>
        <w:t xml:space="preserve">MM: 13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Pr="00110A2B">
        <w:rPr>
          <w:b/>
          <w:u w:val="single"/>
        </w:rPr>
        <w:t xml:space="preserve"> Time: 35 Minutes</w:t>
      </w:r>
    </w:p>
    <w:p w14:paraId="660F234B" w14:textId="77777777" w:rsidR="00110A2B" w:rsidRDefault="00110A2B">
      <w:pPr>
        <w:jc w:val="center"/>
        <w:rPr>
          <w:b/>
          <w:u w:val="single"/>
        </w:rPr>
      </w:pPr>
    </w:p>
    <w:p w14:paraId="6DC9E935" w14:textId="77777777" w:rsidR="00110A2B" w:rsidRDefault="00110A2B">
      <w:pPr>
        <w:jc w:val="center"/>
      </w:pPr>
    </w:p>
    <w:p w14:paraId="760484D8" w14:textId="77777777" w:rsidR="00110A2B" w:rsidRDefault="00110A2B" w:rsidP="00110A2B">
      <w:pPr>
        <w:spacing w:after="160"/>
        <w:ind w:left="-227"/>
      </w:pPr>
      <w:r>
        <w:rPr>
          <w:b/>
        </w:rPr>
        <w:t xml:space="preserve">Q1. </w:t>
      </w:r>
      <w:r>
        <w:t xml:space="preserve">If  </w:t>
      </w:r>
      <m:oMath>
        <m:r>
          <w:rPr>
            <w:rFonts w:ascii="Cambria Math" w:hAnsi="Cambria Math"/>
          </w:rPr>
          <m:t xml:space="preserve">x∶18∷7∶9 </m:t>
        </m:r>
      </m:oMath>
      <w:r>
        <w:t xml:space="preserve">then the value of x is </w:t>
      </w:r>
    </w:p>
    <w:p w14:paraId="26695692" w14:textId="77777777" w:rsidR="00F24911" w:rsidRDefault="00110A2B" w:rsidP="00110A2B">
      <w:pPr>
        <w:spacing w:after="160"/>
        <w:ind w:left="-227"/>
      </w:pPr>
      <w:r>
        <w:t xml:space="preserve"> (A) 12   </w:t>
      </w:r>
      <w:r>
        <w:tab/>
        <w:t xml:space="preserve"> (B) 14   </w:t>
      </w:r>
      <w:r>
        <w:tab/>
        <w:t xml:space="preserve"> (C) 16   </w:t>
      </w:r>
      <w:r>
        <w:tab/>
        <w:t xml:space="preserve"> (D) 21</w:t>
      </w:r>
      <w:r>
        <w:tab/>
      </w:r>
      <w:r>
        <w:tab/>
      </w:r>
      <w:r>
        <w:tab/>
      </w:r>
      <w:r>
        <w:tab/>
      </w:r>
      <w:r w:rsidRPr="00110A2B">
        <w:rPr>
          <w:b/>
        </w:rPr>
        <w:t>[1 mark]</w:t>
      </w:r>
    </w:p>
    <w:p w14:paraId="322ADB82" w14:textId="77777777" w:rsidR="00110A2B" w:rsidRDefault="00110A2B" w:rsidP="00110A2B">
      <w:pPr>
        <w:spacing w:after="160"/>
        <w:ind w:left="-227"/>
      </w:pPr>
      <w:r>
        <w:rPr>
          <w:b/>
        </w:rPr>
        <w:t xml:space="preserve">Q2. </w:t>
      </w:r>
      <w:r>
        <w:t xml:space="preserve">If 1 L of paint weighs 1.5 kg, what is the weight of 0.64 L of paint? </w:t>
      </w:r>
    </w:p>
    <w:p w14:paraId="3133D41B" w14:textId="77777777" w:rsidR="00F24911" w:rsidRDefault="00110A2B" w:rsidP="00110A2B">
      <w:pPr>
        <w:spacing w:after="160"/>
        <w:ind w:left="-227"/>
      </w:pPr>
      <w:r>
        <w:t xml:space="preserve">(A) 0.84 kg   </w:t>
      </w:r>
      <w:r>
        <w:tab/>
        <w:t xml:space="preserve"> (B) 0.96 kg    </w:t>
      </w:r>
      <w:r>
        <w:tab/>
        <w:t xml:space="preserve">(C) 1.04 kg    </w:t>
      </w:r>
      <w:r>
        <w:tab/>
        <w:t>(D) 1.12 kg</w:t>
      </w:r>
      <w:r>
        <w:tab/>
      </w:r>
      <w:r>
        <w:tab/>
      </w:r>
      <w:r w:rsidRPr="00110A2B">
        <w:rPr>
          <w:b/>
        </w:rPr>
        <w:t>[1 mark]</w:t>
      </w:r>
    </w:p>
    <w:p w14:paraId="2C5CED65" w14:textId="77777777" w:rsidR="00F24911" w:rsidRDefault="00110A2B" w:rsidP="00110A2B">
      <w:pPr>
        <w:spacing w:after="160"/>
        <w:ind w:left="-227"/>
      </w:pPr>
      <w:r>
        <w:rPr>
          <w:b/>
        </w:rPr>
        <w:t xml:space="preserve">Q3. </w:t>
      </w:r>
      <w:r>
        <w:t xml:space="preserve">If 5 kg of rice costs ₹325, find the cost of 8 kg of rice. </w:t>
      </w:r>
      <w:r>
        <w:tab/>
      </w:r>
      <w:r>
        <w:tab/>
      </w:r>
      <w:r w:rsidRPr="00110A2B">
        <w:rPr>
          <w:b/>
        </w:rPr>
        <w:t>[2 marks]</w:t>
      </w:r>
    </w:p>
    <w:p w14:paraId="040C1084" w14:textId="77777777" w:rsidR="00F24911" w:rsidRDefault="00110A2B" w:rsidP="00110A2B">
      <w:pPr>
        <w:spacing w:after="160"/>
        <w:ind w:left="-227"/>
      </w:pPr>
      <w:r>
        <w:rPr>
          <w:b/>
        </w:rPr>
        <w:t xml:space="preserve">Q4. </w:t>
      </w:r>
      <w:r>
        <w:t xml:space="preserve">A recipe for 8 people requires 600 g of flour. How much flour is required for 14 people? </w:t>
      </w:r>
    </w:p>
    <w:p w14:paraId="5DE23CBE" w14:textId="77777777" w:rsidR="00110A2B" w:rsidRPr="00110A2B" w:rsidRDefault="00110A2B" w:rsidP="00110A2B">
      <w:pPr>
        <w:spacing w:after="160"/>
        <w:ind w:left="-227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10A2B">
        <w:rPr>
          <w:b/>
        </w:rPr>
        <w:t>[2 mark]</w:t>
      </w:r>
    </w:p>
    <w:p w14:paraId="4B4125FB" w14:textId="77777777" w:rsidR="00F24911" w:rsidRDefault="00110A2B" w:rsidP="00110A2B">
      <w:pPr>
        <w:spacing w:after="160"/>
        <w:ind w:left="-227"/>
      </w:pPr>
      <w:r>
        <w:rPr>
          <w:b/>
        </w:rPr>
        <w:t xml:space="preserve">Q5. </w:t>
      </w:r>
      <w:r>
        <w:t>On a map, 4 cm represents 18 km. Two villages are 7.5 cm apart on the map. Find the actual distance between them.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110A2B">
        <w:rPr>
          <w:b/>
        </w:rPr>
        <w:t>[2 marks]</w:t>
      </w:r>
    </w:p>
    <w:p w14:paraId="1D5AE9AC" w14:textId="77777777" w:rsidR="00F24911" w:rsidRDefault="00110A2B" w:rsidP="00110A2B">
      <w:pPr>
        <w:spacing w:after="160"/>
        <w:ind w:left="-227"/>
      </w:pPr>
      <w:r>
        <w:rPr>
          <w:b/>
        </w:rPr>
        <w:t xml:space="preserve">Q6. </w:t>
      </w:r>
      <w:r>
        <w:t xml:space="preserve">A group has 48 students. The ratio of students who prefer Mathematics to those who prefer Science is 5 : 3. Find the number of students who prefer each subject.        </w:t>
      </w:r>
      <w:r w:rsidRPr="00110A2B">
        <w:rPr>
          <w:b/>
        </w:rPr>
        <w:t>[2 marks]</w:t>
      </w:r>
    </w:p>
    <w:p w14:paraId="43C33D02" w14:textId="77777777" w:rsidR="00F24911" w:rsidRDefault="00110A2B" w:rsidP="00110A2B">
      <w:pPr>
        <w:spacing w:after="160"/>
        <w:ind w:left="-227"/>
      </w:pPr>
      <w:r>
        <w:rPr>
          <w:b/>
        </w:rPr>
        <w:t xml:space="preserve">Q7. </w:t>
      </w:r>
      <w:r>
        <w:t xml:space="preserve">A vessel contains 12 litres of a mixture of milk and water in the ratio 3 : 1. How many litres of water should be added to the mixture so that the ratio of milk to water becomes 3 : 2?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10A2B">
        <w:rPr>
          <w:b/>
        </w:rPr>
        <w:t>[3 marks]</w:t>
      </w:r>
    </w:p>
    <w:sectPr w:rsidR="00F2491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20B0502040204020203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8373127">
    <w:abstractNumId w:val="8"/>
  </w:num>
  <w:num w:numId="2" w16cid:durableId="1730641387">
    <w:abstractNumId w:val="6"/>
  </w:num>
  <w:num w:numId="3" w16cid:durableId="373891489">
    <w:abstractNumId w:val="5"/>
  </w:num>
  <w:num w:numId="4" w16cid:durableId="125397205">
    <w:abstractNumId w:val="4"/>
  </w:num>
  <w:num w:numId="5" w16cid:durableId="652871992">
    <w:abstractNumId w:val="7"/>
  </w:num>
  <w:num w:numId="6" w16cid:durableId="162859967">
    <w:abstractNumId w:val="3"/>
  </w:num>
  <w:num w:numId="7" w16cid:durableId="1596550169">
    <w:abstractNumId w:val="2"/>
  </w:num>
  <w:num w:numId="8" w16cid:durableId="749815592">
    <w:abstractNumId w:val="1"/>
  </w:num>
  <w:num w:numId="9" w16cid:durableId="80372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0A2B"/>
    <w:rsid w:val="0015074B"/>
    <w:rsid w:val="0029639D"/>
    <w:rsid w:val="00326F90"/>
    <w:rsid w:val="00536263"/>
    <w:rsid w:val="006F3D8F"/>
    <w:rsid w:val="00AA1D8D"/>
    <w:rsid w:val="00B47730"/>
    <w:rsid w:val="00CB0664"/>
    <w:rsid w:val="00F24911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0D7FC1"/>
  <w15:docId w15:val="{B7EC5FAE-6AE6-9546-8B5D-6BF37CB1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10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A2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0A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Koushik Mondal</cp:lastModifiedBy>
  <cp:revision>2</cp:revision>
  <dcterms:created xsi:type="dcterms:W3CDTF">2026-09-08T16:20:00Z</dcterms:created>
  <dcterms:modified xsi:type="dcterms:W3CDTF">2026-09-08T16:20:00Z</dcterms:modified>
</cp:coreProperties>
</file>